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2D1617" w14:paraId="3D97ED2E" w14:textId="77777777">
        <w:trPr>
          <w:jc w:val="center"/>
        </w:trPr>
        <w:tc>
          <w:tcPr>
            <w:tcW w:w="3552" w:type="dxa"/>
            <w:shd w:val="clear" w:color="auto" w:fill="EAF0F6"/>
            <w:vAlign w:val="center"/>
          </w:tcPr>
          <w:p w14:paraId="1EFDE1FC" w14:textId="0964C70A" w:rsidR="002D1617" w:rsidRDefault="00D07A2D">
            <w:pPr>
              <w:spacing w:after="20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A34842D" wp14:editId="4DEB6778">
                  <wp:simplePos x="571500" y="57150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575180" cy="487680"/>
                  <wp:effectExtent l="0" t="0" r="6350" b="7620"/>
                  <wp:wrapSquare wrapText="bothSides"/>
                  <wp:docPr id="17454253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425354" name="Picture 17454253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18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52" w:type="dxa"/>
            <w:shd w:val="clear" w:color="auto" w:fill="EAF0F6"/>
            <w:vAlign w:val="center"/>
          </w:tcPr>
          <w:p w14:paraId="0CD335AD" w14:textId="5A12DC67" w:rsidR="002D1617" w:rsidRPr="00D07A2D" w:rsidRDefault="00ED7093" w:rsidP="00D07A2D">
            <w:pPr>
              <w:spacing w:after="20"/>
              <w:jc w:val="center"/>
              <w:rPr>
                <w:lang w:val="mk-MK"/>
              </w:rPr>
            </w:pPr>
            <w:r>
              <w:rPr>
                <w:b/>
                <w:sz w:val="18"/>
              </w:rPr>
              <w:t>REPUBLIC OF NORTH MACEDONIA</w:t>
            </w:r>
            <w:r>
              <w:rPr>
                <w:b/>
                <w:sz w:val="18"/>
              </w:rPr>
              <w:br/>
              <w:t>AIRCRAFT ACCIDENT AND INCIDENT INVESTIGATION COMMITTEE</w:t>
            </w:r>
            <w:r>
              <w:rPr>
                <w:b/>
                <w:sz w:val="18"/>
              </w:rPr>
              <w:br/>
              <w:t>INITIAL NOTIFICATION FORM  ACCIDENT / SERIOUS INCIDENT</w:t>
            </w:r>
          </w:p>
        </w:tc>
        <w:tc>
          <w:tcPr>
            <w:tcW w:w="3552" w:type="dxa"/>
            <w:shd w:val="clear" w:color="auto" w:fill="EAF0F6"/>
            <w:vAlign w:val="center"/>
          </w:tcPr>
          <w:p w14:paraId="1DBED902" w14:textId="5051CD30" w:rsidR="002D1617" w:rsidRDefault="00D07A2D">
            <w:pPr>
              <w:spacing w:after="2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6D399702" wp14:editId="62E022F2">
                  <wp:simplePos x="5082540" y="41148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51865" cy="842010"/>
                  <wp:effectExtent l="0" t="0" r="635" b="0"/>
                  <wp:wrapSquare wrapText="bothSides"/>
                  <wp:docPr id="16835264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526471" name="Picture 168352647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84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872D42F" w14:textId="4877F08E" w:rsidR="002D1617" w:rsidRDefault="00ED7093">
      <w:pPr>
        <w:spacing w:after="80"/>
      </w:pPr>
      <w:r>
        <w:rPr>
          <w:i/>
        </w:rPr>
        <w:t xml:space="preserve">Use this form to notify </w:t>
      </w:r>
      <w:r w:rsidR="00D07A2D">
        <w:rPr>
          <w:i/>
        </w:rPr>
        <w:t>the Aircraft Accident and Incident Investigation Committee of Republic of North Macedonia (AAIIC)</w:t>
      </w:r>
      <w:r>
        <w:rPr>
          <w:i/>
        </w:rPr>
        <w:t xml:space="preserve"> as soon as practicable. Complete all information readily available; do not delay notification because information is missing. Mark unknown items “UNK” and provide updates when available.</w:t>
      </w:r>
    </w:p>
    <w:p w14:paraId="436F8323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2216F3F2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3842B3B7" w14:textId="659955C4" w:rsidR="002D1617" w:rsidRDefault="00ED7093">
      <w:pPr>
        <w:spacing w:before="140" w:after="60"/>
      </w:pPr>
      <w:r>
        <w:rPr>
          <w:b/>
          <w:color w:val="1F4E79"/>
          <w:sz w:val="20"/>
        </w:rPr>
        <w:t>1. NOTIFICATION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00AA2849" w14:textId="77777777">
        <w:trPr>
          <w:jc w:val="center"/>
        </w:trPr>
        <w:tc>
          <w:tcPr>
            <w:tcW w:w="5328" w:type="dxa"/>
            <w:vAlign w:val="center"/>
          </w:tcPr>
          <w:p w14:paraId="71F54680" w14:textId="77777777" w:rsidR="002D1617" w:rsidRDefault="00ED7093">
            <w:pPr>
              <w:spacing w:after="20"/>
            </w:pPr>
            <w:r>
              <w:rPr>
                <w:sz w:val="16"/>
              </w:rPr>
              <w:t>Notification reference / occurrence ID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699E803A" w14:textId="7EC478C9" w:rsidR="002D1617" w:rsidRDefault="00ED7093">
            <w:pPr>
              <w:spacing w:after="20"/>
            </w:pPr>
            <w:r>
              <w:rPr>
                <w:sz w:val="16"/>
              </w:rPr>
              <w:t>Date and time of notification (UTC)</w:t>
            </w:r>
            <w:r w:rsidR="00D07A2D">
              <w:rPr>
                <w:sz w:val="16"/>
              </w:rPr>
              <w:t xml:space="preserve"> (LT)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28EB5523" w14:textId="77777777">
        <w:trPr>
          <w:jc w:val="center"/>
        </w:trPr>
        <w:tc>
          <w:tcPr>
            <w:tcW w:w="5328" w:type="dxa"/>
            <w:vAlign w:val="center"/>
          </w:tcPr>
          <w:p w14:paraId="1AD82BA0" w14:textId="77777777" w:rsidR="002D1617" w:rsidRDefault="00ED7093">
            <w:pPr>
              <w:spacing w:after="20"/>
            </w:pPr>
            <w:r>
              <w:rPr>
                <w:sz w:val="16"/>
              </w:rPr>
              <w:t>Notifying organisation / unit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20E47F4" w14:textId="77777777" w:rsidR="002D1617" w:rsidRDefault="00ED7093">
            <w:pPr>
              <w:spacing w:after="20"/>
            </w:pPr>
            <w:r>
              <w:rPr>
                <w:sz w:val="16"/>
              </w:rPr>
              <w:t>Name and position of person notifying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2583F19E" w14:textId="77777777">
        <w:trPr>
          <w:jc w:val="center"/>
        </w:trPr>
        <w:tc>
          <w:tcPr>
            <w:tcW w:w="5328" w:type="dxa"/>
            <w:vAlign w:val="center"/>
          </w:tcPr>
          <w:p w14:paraId="672DFAC0" w14:textId="77777777" w:rsidR="002D1617" w:rsidRDefault="00ED7093">
            <w:pPr>
              <w:spacing w:after="20"/>
            </w:pPr>
            <w:r>
              <w:rPr>
                <w:sz w:val="16"/>
              </w:rPr>
              <w:t>Telephone (24-hour contact)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69F98C30" w14:textId="77777777" w:rsidR="002D1617" w:rsidRDefault="00ED7093">
            <w:pPr>
              <w:spacing w:after="20"/>
            </w:pPr>
            <w:r>
              <w:rPr>
                <w:sz w:val="16"/>
              </w:rPr>
              <w:t>Email / other contact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591873F8" w14:textId="77777777">
        <w:trPr>
          <w:jc w:val="center"/>
        </w:trPr>
        <w:tc>
          <w:tcPr>
            <w:tcW w:w="5328" w:type="dxa"/>
            <w:vAlign w:val="center"/>
          </w:tcPr>
          <w:p w14:paraId="51D90E9E" w14:textId="3B2E87AD" w:rsidR="002D1617" w:rsidRDefault="00ED7093">
            <w:pPr>
              <w:spacing w:after="20"/>
            </w:pPr>
            <w:r>
              <w:rPr>
                <w:sz w:val="16"/>
              </w:rPr>
              <w:t>Means of notification (phone / email / other)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F12A389" w14:textId="008BF720" w:rsidR="002D1617" w:rsidRDefault="00ED7093">
            <w:pPr>
              <w:spacing w:after="20"/>
            </w:pPr>
            <w:r>
              <w:rPr>
                <w:sz w:val="16"/>
              </w:rPr>
              <w:t xml:space="preserve">Person receiving notification / </w:t>
            </w:r>
            <w:r w:rsidR="00D07A2D">
              <w:rPr>
                <w:sz w:val="16"/>
              </w:rPr>
              <w:t>AAIIC</w:t>
            </w:r>
            <w:r>
              <w:rPr>
                <w:sz w:val="16"/>
              </w:rPr>
              <w:t xml:space="preserve"> use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2C5752D1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7EA5B264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1A25C996" w14:textId="2D10F577" w:rsidR="002D1617" w:rsidRDefault="00ED7093">
      <w:pPr>
        <w:spacing w:before="140" w:after="60"/>
      </w:pPr>
      <w:r>
        <w:rPr>
          <w:b/>
          <w:color w:val="1F4E79"/>
          <w:sz w:val="20"/>
        </w:rPr>
        <w:t>2. OCCURRENCE CLASSIFICATION AND TIMING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1B14469F" w14:textId="77777777">
        <w:trPr>
          <w:jc w:val="center"/>
        </w:trPr>
        <w:tc>
          <w:tcPr>
            <w:tcW w:w="5328" w:type="dxa"/>
            <w:vAlign w:val="center"/>
          </w:tcPr>
          <w:p w14:paraId="36B346D3" w14:textId="77777777" w:rsidR="002D1617" w:rsidRDefault="00ED7093">
            <w:pPr>
              <w:spacing w:after="20"/>
            </w:pPr>
            <w:r>
              <w:rPr>
                <w:sz w:val="16"/>
              </w:rPr>
              <w:t>Occurrence type: ☐ ACCIDENT  ☐ SERIOUS INCIDENT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16B0E37F" w14:textId="77777777" w:rsidR="002D1617" w:rsidRDefault="00ED7093">
            <w:pPr>
              <w:spacing w:after="20"/>
            </w:pPr>
            <w:r>
              <w:rPr>
                <w:sz w:val="16"/>
              </w:rPr>
              <w:t>Date of occurrence (DD/MM/YYYY)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291B86CF" w14:textId="77777777">
        <w:trPr>
          <w:jc w:val="center"/>
        </w:trPr>
        <w:tc>
          <w:tcPr>
            <w:tcW w:w="5328" w:type="dxa"/>
            <w:vAlign w:val="center"/>
          </w:tcPr>
          <w:p w14:paraId="73E6002D" w14:textId="77777777" w:rsidR="002D1617" w:rsidRDefault="00ED7093">
            <w:pPr>
              <w:spacing w:after="20"/>
            </w:pPr>
            <w:r>
              <w:rPr>
                <w:sz w:val="16"/>
              </w:rPr>
              <w:t>Time of occurrence (UTC or local; specify)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9A1A3F3" w14:textId="77777777" w:rsidR="002D1617" w:rsidRDefault="00ED7093">
            <w:pPr>
              <w:spacing w:after="20"/>
            </w:pPr>
            <w:r>
              <w:rPr>
                <w:sz w:val="16"/>
              </w:rPr>
              <w:t>Local time zone / UTC offset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0020F2D2" w14:textId="77777777">
        <w:trPr>
          <w:jc w:val="center"/>
        </w:trPr>
        <w:tc>
          <w:tcPr>
            <w:tcW w:w="5328" w:type="dxa"/>
            <w:vAlign w:val="center"/>
          </w:tcPr>
          <w:p w14:paraId="200F6B66" w14:textId="77777777" w:rsidR="002D1617" w:rsidRDefault="00ED7093">
            <w:pPr>
              <w:spacing w:after="20"/>
            </w:pPr>
            <w:r>
              <w:rPr>
                <w:sz w:val="16"/>
              </w:rPr>
              <w:t>State / area of occurrence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A97E460" w14:textId="77777777" w:rsidR="002D1617" w:rsidRDefault="00ED7093">
            <w:pPr>
              <w:spacing w:after="20"/>
            </w:pPr>
            <w:r>
              <w:rPr>
                <w:sz w:val="16"/>
              </w:rPr>
              <w:t>Exact location / nearest geographical point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62C594A5" w14:textId="77777777">
        <w:trPr>
          <w:jc w:val="center"/>
        </w:trPr>
        <w:tc>
          <w:tcPr>
            <w:tcW w:w="5328" w:type="dxa"/>
            <w:vAlign w:val="center"/>
          </w:tcPr>
          <w:p w14:paraId="0B1021C2" w14:textId="77777777" w:rsidR="002D1617" w:rsidRDefault="00ED7093">
            <w:pPr>
              <w:spacing w:after="20"/>
            </w:pPr>
            <w:r>
              <w:rPr>
                <w:sz w:val="16"/>
              </w:rPr>
              <w:t>Latitude (N/S)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4EBBD30" w14:textId="77777777" w:rsidR="002D1617" w:rsidRDefault="00ED7093">
            <w:pPr>
              <w:spacing w:after="20"/>
            </w:pPr>
            <w:r>
              <w:rPr>
                <w:sz w:val="16"/>
              </w:rPr>
              <w:t>Longitude (E/W)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6330D560" w14:textId="77777777">
        <w:trPr>
          <w:jc w:val="center"/>
        </w:trPr>
        <w:tc>
          <w:tcPr>
            <w:tcW w:w="5328" w:type="dxa"/>
            <w:vAlign w:val="center"/>
          </w:tcPr>
          <w:p w14:paraId="50E4740E" w14:textId="77777777" w:rsidR="002D1617" w:rsidRDefault="00ED7093">
            <w:pPr>
              <w:spacing w:after="20"/>
            </w:pPr>
            <w:r>
              <w:rPr>
                <w:sz w:val="16"/>
              </w:rPr>
              <w:t>Airport / aerodrome / site name and ICAO code (if applicable)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67452888" w14:textId="77777777" w:rsidR="002D1617" w:rsidRDefault="00ED7093">
            <w:pPr>
              <w:spacing w:after="20"/>
            </w:pPr>
            <w:r>
              <w:rPr>
                <w:sz w:val="16"/>
              </w:rPr>
              <w:t>Phase of flight / activity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2ADDE7B2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6376BA43" w14:textId="1E0E521C" w:rsidR="002D1617" w:rsidRDefault="00ED7093">
      <w:pPr>
        <w:spacing w:before="140" w:after="60"/>
      </w:pPr>
      <w:r>
        <w:rPr>
          <w:b/>
          <w:color w:val="1F4E79"/>
          <w:sz w:val="20"/>
        </w:rPr>
        <w:t>3. AIRCRAFT AND OPERATION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6D1DA56D" w14:textId="77777777">
        <w:trPr>
          <w:jc w:val="center"/>
        </w:trPr>
        <w:tc>
          <w:tcPr>
            <w:tcW w:w="5328" w:type="dxa"/>
            <w:vAlign w:val="center"/>
          </w:tcPr>
          <w:p w14:paraId="5CD475E1" w14:textId="77777777" w:rsidR="002D1617" w:rsidRDefault="00ED7093">
            <w:pPr>
              <w:spacing w:after="20"/>
            </w:pPr>
            <w:r>
              <w:rPr>
                <w:sz w:val="16"/>
              </w:rPr>
              <w:t>Aircraft manufacturer and model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DBB14E6" w14:textId="77777777" w:rsidR="002D1617" w:rsidRDefault="00ED7093">
            <w:pPr>
              <w:spacing w:after="20"/>
            </w:pPr>
            <w:r>
              <w:rPr>
                <w:sz w:val="16"/>
              </w:rPr>
              <w:t>Nationality and registration marks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348219F7" w14:textId="77777777">
        <w:trPr>
          <w:jc w:val="center"/>
        </w:trPr>
        <w:tc>
          <w:tcPr>
            <w:tcW w:w="5328" w:type="dxa"/>
            <w:vAlign w:val="center"/>
          </w:tcPr>
          <w:p w14:paraId="256039B1" w14:textId="77777777" w:rsidR="002D1617" w:rsidRDefault="00ED7093">
            <w:pPr>
              <w:spacing w:after="20"/>
            </w:pPr>
            <w:r>
              <w:rPr>
                <w:sz w:val="16"/>
              </w:rPr>
              <w:t>Aircraft serial number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791EEC6" w14:textId="77777777" w:rsidR="002D1617" w:rsidRDefault="00ED7093">
            <w:pPr>
              <w:spacing w:after="20"/>
            </w:pPr>
            <w:r>
              <w:rPr>
                <w:sz w:val="16"/>
              </w:rPr>
              <w:t>Aircraft category / type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36772418" w14:textId="77777777">
        <w:trPr>
          <w:jc w:val="center"/>
        </w:trPr>
        <w:tc>
          <w:tcPr>
            <w:tcW w:w="5328" w:type="dxa"/>
            <w:vAlign w:val="center"/>
          </w:tcPr>
          <w:p w14:paraId="7E2AF244" w14:textId="77777777" w:rsidR="002D1617" w:rsidRDefault="00ED7093">
            <w:pPr>
              <w:spacing w:after="20"/>
            </w:pPr>
            <w:r>
              <w:rPr>
                <w:sz w:val="16"/>
              </w:rPr>
              <w:t>Owner (name / State)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09D1D3A" w14:textId="77777777" w:rsidR="002D1617" w:rsidRDefault="00ED7093">
            <w:pPr>
              <w:spacing w:after="20"/>
            </w:pPr>
            <w:r>
              <w:rPr>
                <w:sz w:val="16"/>
              </w:rPr>
              <w:t>Operator (name / State)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0B7D52F4" w14:textId="77777777">
        <w:trPr>
          <w:jc w:val="center"/>
        </w:trPr>
        <w:tc>
          <w:tcPr>
            <w:tcW w:w="5328" w:type="dxa"/>
            <w:vAlign w:val="center"/>
          </w:tcPr>
          <w:p w14:paraId="13B08763" w14:textId="77777777" w:rsidR="002D1617" w:rsidRDefault="00ED7093">
            <w:pPr>
              <w:spacing w:after="20"/>
            </w:pPr>
            <w:r>
              <w:rPr>
                <w:sz w:val="16"/>
              </w:rPr>
              <w:t>Hirer / lessee (if any)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6468C32" w14:textId="77777777" w:rsidR="002D1617" w:rsidRDefault="00ED7093">
            <w:pPr>
              <w:spacing w:after="20"/>
            </w:pPr>
            <w:r>
              <w:rPr>
                <w:sz w:val="16"/>
              </w:rPr>
              <w:t>Call sign / flight number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1B306B5D" w14:textId="77777777">
        <w:trPr>
          <w:jc w:val="center"/>
        </w:trPr>
        <w:tc>
          <w:tcPr>
            <w:tcW w:w="5328" w:type="dxa"/>
            <w:vAlign w:val="center"/>
          </w:tcPr>
          <w:p w14:paraId="61E4069F" w14:textId="77777777" w:rsidR="002D1617" w:rsidRDefault="00ED7093">
            <w:pPr>
              <w:spacing w:after="20"/>
            </w:pPr>
            <w:r>
              <w:rPr>
                <w:sz w:val="16"/>
              </w:rPr>
              <w:t>Last point of departure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03DEF382" w14:textId="77777777" w:rsidR="002D1617" w:rsidRDefault="00ED7093">
            <w:pPr>
              <w:spacing w:after="20"/>
            </w:pPr>
            <w:r>
              <w:rPr>
                <w:sz w:val="16"/>
              </w:rPr>
              <w:t>Intended destination / landing point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664CEC22" w14:textId="77777777">
        <w:trPr>
          <w:jc w:val="center"/>
        </w:trPr>
        <w:tc>
          <w:tcPr>
            <w:tcW w:w="5328" w:type="dxa"/>
            <w:vAlign w:val="center"/>
          </w:tcPr>
          <w:p w14:paraId="2B939DE9" w14:textId="77777777" w:rsidR="002D1617" w:rsidRDefault="00ED7093">
            <w:pPr>
              <w:spacing w:after="20"/>
            </w:pPr>
            <w:r>
              <w:rPr>
                <w:sz w:val="16"/>
              </w:rPr>
              <w:t>Type of operation (scheduled / GA / training / aerial work / other)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591DC64A" w14:textId="77777777" w:rsidR="002D1617" w:rsidRDefault="00ED7093">
            <w:pPr>
              <w:spacing w:after="20"/>
            </w:pPr>
            <w:r>
              <w:rPr>
                <w:sz w:val="16"/>
              </w:rPr>
              <w:t>Maximum mass (if known)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300BB9BB" w14:textId="77777777" w:rsidR="002D1617" w:rsidRDefault="00ED7093">
      <w:pPr>
        <w:spacing w:before="140" w:after="60"/>
      </w:pPr>
      <w:r>
        <w:rPr>
          <w:b/>
          <w:color w:val="1F4E79"/>
          <w:sz w:val="20"/>
        </w:rPr>
        <w:lastRenderedPageBreak/>
        <w:t>4. PERSONS ON BOARD AND INJURIES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40C929C9" w14:textId="77777777">
        <w:trPr>
          <w:jc w:val="center"/>
        </w:trPr>
        <w:tc>
          <w:tcPr>
            <w:tcW w:w="5328" w:type="dxa"/>
            <w:vAlign w:val="center"/>
          </w:tcPr>
          <w:p w14:paraId="4CE10B8E" w14:textId="77777777" w:rsidR="002D1617" w:rsidRDefault="00ED7093">
            <w:pPr>
              <w:spacing w:after="20"/>
            </w:pPr>
            <w:r>
              <w:rPr>
                <w:sz w:val="16"/>
              </w:rPr>
              <w:t>Pilot-in-command qualification / licence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0853182" w14:textId="77777777" w:rsidR="002D1617" w:rsidRDefault="00ED7093">
            <w:pPr>
              <w:spacing w:after="20"/>
            </w:pPr>
            <w:r>
              <w:rPr>
                <w:sz w:val="16"/>
              </w:rPr>
              <w:t>Crew: number on board / fatalities / serious injuries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4CFC4699" w14:textId="77777777">
        <w:trPr>
          <w:jc w:val="center"/>
        </w:trPr>
        <w:tc>
          <w:tcPr>
            <w:tcW w:w="5328" w:type="dxa"/>
            <w:vAlign w:val="center"/>
          </w:tcPr>
          <w:p w14:paraId="0054CAAE" w14:textId="77777777" w:rsidR="002D1617" w:rsidRDefault="00ED7093">
            <w:pPr>
              <w:spacing w:after="20"/>
            </w:pPr>
            <w:r>
              <w:rPr>
                <w:sz w:val="16"/>
              </w:rPr>
              <w:t>Passengers: number on board / fatalities / serious injuries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4FF033B3" w14:textId="77777777" w:rsidR="002D1617" w:rsidRDefault="00ED7093">
            <w:pPr>
              <w:spacing w:after="20"/>
            </w:pPr>
            <w:r>
              <w:rPr>
                <w:sz w:val="16"/>
              </w:rPr>
              <w:t>Other persons: fatalities / serious injuries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74EF6CA2" w14:textId="77777777">
        <w:trPr>
          <w:jc w:val="center"/>
        </w:trPr>
        <w:tc>
          <w:tcPr>
            <w:tcW w:w="5328" w:type="dxa"/>
            <w:vAlign w:val="center"/>
          </w:tcPr>
          <w:p w14:paraId="052D4B61" w14:textId="77777777" w:rsidR="002D1617" w:rsidRDefault="00ED7093">
            <w:pPr>
              <w:spacing w:after="20"/>
            </w:pPr>
            <w:r>
              <w:rPr>
                <w:sz w:val="16"/>
              </w:rPr>
              <w:t>Nationality of crew (if known)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35B17C04" w14:textId="77777777" w:rsidR="002D1617" w:rsidRDefault="00ED7093">
            <w:pPr>
              <w:spacing w:after="20"/>
            </w:pPr>
            <w:r>
              <w:rPr>
                <w:sz w:val="16"/>
              </w:rPr>
              <w:t>Nationality of passengers (if known)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73E72D72" w14:textId="77777777">
        <w:trPr>
          <w:jc w:val="center"/>
        </w:trPr>
        <w:tc>
          <w:tcPr>
            <w:tcW w:w="5328" w:type="dxa"/>
            <w:vAlign w:val="center"/>
          </w:tcPr>
          <w:p w14:paraId="2027721F" w14:textId="77777777" w:rsidR="002D1617" w:rsidRDefault="00ED7093">
            <w:pPr>
              <w:spacing w:after="20"/>
            </w:pPr>
            <w:r>
              <w:rPr>
                <w:sz w:val="16"/>
              </w:rPr>
              <w:t>Total persons on board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2451DF10" w14:textId="77777777" w:rsidR="002D1617" w:rsidRDefault="00ED7093">
            <w:pPr>
              <w:spacing w:after="20"/>
            </w:pPr>
            <w:r>
              <w:rPr>
                <w:sz w:val="16"/>
              </w:rPr>
              <w:t>Rescue / medical response and current status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688DF629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06C756F1" w14:textId="4FF797F8" w:rsidR="002D1617" w:rsidRDefault="00ED7093">
      <w:pPr>
        <w:spacing w:before="140" w:after="60"/>
      </w:pPr>
      <w:r>
        <w:rPr>
          <w:b/>
          <w:color w:val="1F4E79"/>
          <w:sz w:val="20"/>
        </w:rPr>
        <w:t>5. DESCRIPTION, DAMAGE AND IMMEDIATE HAZARDS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46"/>
      </w:tblGrid>
      <w:tr w:rsidR="002D1617" w14:paraId="640F3759" w14:textId="77777777">
        <w:trPr>
          <w:jc w:val="center"/>
        </w:trPr>
        <w:tc>
          <w:tcPr>
            <w:tcW w:w="10656" w:type="dxa"/>
            <w:vAlign w:val="center"/>
          </w:tcPr>
          <w:p w14:paraId="336443A2" w14:textId="77777777" w:rsidR="002D1617" w:rsidRDefault="00ED7093">
            <w:pPr>
              <w:spacing w:after="20"/>
              <w:rPr>
                <w:lang w:val="mk-MK"/>
              </w:rPr>
            </w:pPr>
            <w:r>
              <w:rPr>
                <w:sz w:val="16"/>
              </w:rPr>
              <w:t>Brief description of occurrence and sequence of events (include weather / visibility if known)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  <w:p w14:paraId="54FE4535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81BAD77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5F2E635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513338C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4EDEDC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4178960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032319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792875B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B68EEA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99A0BD1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A1AE9E8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85B38E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5573263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057FCB7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F6DBA68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A6AA66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1ECF5F8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39C25F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1D711D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6991F9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9094F1B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756D31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754465E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F8C1270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53B1F79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6216E9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F319C3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273C29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60BA9FC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ED982B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9EC6BA0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A46F69B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5690037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42FCD51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7000371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ABCAF9C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53F32FA0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24571E2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C229FC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87B2FE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188D8DB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07E511A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A54C553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BDFD181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C66D21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A393C93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5DBD637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1F8A08F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371426D7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3BF7B0C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A9CB779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20008D2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FC1449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73FF8115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8A3EB19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46E62255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EB67DB3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047A70CD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658860FD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109EBEF6" w14:textId="77777777" w:rsidR="009B08E5" w:rsidRDefault="009B08E5">
            <w:pPr>
              <w:spacing w:after="20"/>
              <w:rPr>
                <w:lang w:val="mk-MK"/>
              </w:rPr>
            </w:pPr>
          </w:p>
          <w:p w14:paraId="285F1E04" w14:textId="77777777" w:rsidR="009B08E5" w:rsidRPr="009B08E5" w:rsidRDefault="009B08E5">
            <w:pPr>
              <w:spacing w:after="20"/>
              <w:rPr>
                <w:lang w:val="mk-MK"/>
              </w:rPr>
            </w:pPr>
          </w:p>
        </w:tc>
      </w:tr>
      <w:tr w:rsidR="002D1617" w14:paraId="2E29A74B" w14:textId="77777777">
        <w:trPr>
          <w:jc w:val="center"/>
        </w:trPr>
        <w:tc>
          <w:tcPr>
            <w:tcW w:w="10656" w:type="dxa"/>
            <w:vAlign w:val="center"/>
          </w:tcPr>
          <w:p w14:paraId="36CB3E81" w14:textId="77777777" w:rsidR="002D1617" w:rsidRDefault="00ED7093">
            <w:pPr>
              <w:spacing w:after="20"/>
            </w:pPr>
            <w:r>
              <w:rPr>
                <w:sz w:val="16"/>
              </w:rPr>
              <w:lastRenderedPageBreak/>
              <w:t>Aircraft damage (none / minor / substantial / destroyed / unknown) and extent of damage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1A0C47C7" w14:textId="77777777">
        <w:trPr>
          <w:jc w:val="center"/>
        </w:trPr>
        <w:tc>
          <w:tcPr>
            <w:tcW w:w="10656" w:type="dxa"/>
            <w:vAlign w:val="center"/>
          </w:tcPr>
          <w:p w14:paraId="0F03A637" w14:textId="77777777" w:rsidR="002D1617" w:rsidRDefault="00ED7093">
            <w:pPr>
              <w:spacing w:after="20"/>
            </w:pPr>
            <w:r>
              <w:rPr>
                <w:sz w:val="16"/>
              </w:rPr>
              <w:t>Third-party damage / ground impact / environmental impact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461EAA9A" w14:textId="77777777">
        <w:trPr>
          <w:jc w:val="center"/>
        </w:trPr>
        <w:tc>
          <w:tcPr>
            <w:tcW w:w="10656" w:type="dxa"/>
            <w:vAlign w:val="center"/>
          </w:tcPr>
          <w:p w14:paraId="642A4ED2" w14:textId="77777777" w:rsidR="002D1617" w:rsidRDefault="00ED7093">
            <w:pPr>
              <w:spacing w:after="20"/>
            </w:pPr>
            <w:r>
              <w:rPr>
                <w:sz w:val="16"/>
              </w:rPr>
              <w:t>Known dangerous goods / hazardous materials on board (type, quantity, location)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52B9922D" w14:textId="77777777">
        <w:trPr>
          <w:jc w:val="center"/>
        </w:trPr>
        <w:tc>
          <w:tcPr>
            <w:tcW w:w="10656" w:type="dxa"/>
            <w:vAlign w:val="center"/>
          </w:tcPr>
          <w:p w14:paraId="2183A765" w14:textId="77777777" w:rsidR="002D1617" w:rsidRDefault="00ED7093">
            <w:pPr>
              <w:spacing w:after="20"/>
            </w:pPr>
            <w:r>
              <w:rPr>
                <w:sz w:val="16"/>
              </w:rPr>
              <w:t>Fire, fuel spill, hazardous materials, battery / cargo hazards or other ongoing risks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3C5C9BD1" w14:textId="77777777">
        <w:trPr>
          <w:jc w:val="center"/>
        </w:trPr>
        <w:tc>
          <w:tcPr>
            <w:tcW w:w="10656" w:type="dxa"/>
            <w:vAlign w:val="center"/>
          </w:tcPr>
          <w:p w14:paraId="3429A2F0" w14:textId="77777777" w:rsidR="002D1617" w:rsidRDefault="00ED7093">
            <w:pPr>
              <w:spacing w:after="20"/>
            </w:pPr>
            <w:r>
              <w:rPr>
                <w:sz w:val="16"/>
              </w:rPr>
              <w:t>Wreckage / site security, access restrictions and evidence preservation measures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46C2A2CF" w14:textId="77777777" w:rsidR="009B08E5" w:rsidRPr="005C223D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1A4A3467" w14:textId="77777777" w:rsidR="009B08E5" w:rsidRDefault="009B08E5">
      <w:pPr>
        <w:spacing w:before="140" w:after="60"/>
        <w:rPr>
          <w:b/>
          <w:color w:val="1F4E79"/>
          <w:sz w:val="20"/>
          <w:lang w:val="mk-MK"/>
        </w:rPr>
      </w:pPr>
    </w:p>
    <w:p w14:paraId="3C47D71D" w14:textId="5BF1AC40" w:rsidR="002D1617" w:rsidRDefault="0057446F">
      <w:pPr>
        <w:spacing w:before="140" w:after="60"/>
      </w:pPr>
      <w:r>
        <w:rPr>
          <w:b/>
          <w:color w:val="1F4E79"/>
          <w:sz w:val="20"/>
          <w:lang w:val="mk-MK"/>
        </w:rPr>
        <w:t>6</w:t>
      </w:r>
      <w:r w:rsidR="00ED7093">
        <w:rPr>
          <w:b/>
          <w:color w:val="1F4E79"/>
          <w:sz w:val="20"/>
        </w:rPr>
        <w:t>. NOTIFIER DECLARATION AND FOLLOW-UP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23"/>
      </w:tblGrid>
      <w:tr w:rsidR="002D1617" w14:paraId="63D93C5C" w14:textId="77777777">
        <w:trPr>
          <w:jc w:val="center"/>
        </w:trPr>
        <w:tc>
          <w:tcPr>
            <w:tcW w:w="5328" w:type="dxa"/>
            <w:vAlign w:val="center"/>
          </w:tcPr>
          <w:p w14:paraId="2B145219" w14:textId="77777777" w:rsidR="002D1617" w:rsidRDefault="00ED7093">
            <w:pPr>
              <w:spacing w:after="20"/>
            </w:pPr>
            <w:r>
              <w:rPr>
                <w:sz w:val="16"/>
              </w:rPr>
              <w:t>Name and position of notifier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459E4566" w14:textId="77777777" w:rsidR="002D1617" w:rsidRDefault="00ED7093">
            <w:pPr>
              <w:spacing w:after="20"/>
            </w:pPr>
            <w:r>
              <w:rPr>
                <w:sz w:val="16"/>
              </w:rPr>
              <w:t>Date / time submitted (UTC)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  <w:tr w:rsidR="002D1617" w14:paraId="70648DFC" w14:textId="77777777">
        <w:trPr>
          <w:jc w:val="center"/>
        </w:trPr>
        <w:tc>
          <w:tcPr>
            <w:tcW w:w="5328" w:type="dxa"/>
            <w:vAlign w:val="center"/>
          </w:tcPr>
          <w:p w14:paraId="1FED7B40" w14:textId="77777777" w:rsidR="002D1617" w:rsidRDefault="00ED7093">
            <w:pPr>
              <w:spacing w:after="20"/>
            </w:pPr>
            <w:r>
              <w:rPr>
                <w:sz w:val="16"/>
              </w:rPr>
              <w:t>Signature (if applicable)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  <w:tc>
          <w:tcPr>
            <w:tcW w:w="5328" w:type="dxa"/>
            <w:vAlign w:val="center"/>
          </w:tcPr>
          <w:p w14:paraId="749E1A51" w14:textId="77777777" w:rsidR="002D1617" w:rsidRDefault="00ED7093">
            <w:pPr>
              <w:spacing w:after="20"/>
            </w:pPr>
            <w:r>
              <w:rPr>
                <w:sz w:val="16"/>
              </w:rPr>
              <w:t>Additional information / follow-up contact / time of next update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</w:r>
          </w:p>
        </w:tc>
      </w:tr>
    </w:tbl>
    <w:p w14:paraId="5CA7E06D" w14:textId="509BE4F9" w:rsidR="002D1617" w:rsidRDefault="009B08E5">
      <w:pPr>
        <w:spacing w:before="100"/>
      </w:pPr>
      <w:r>
        <w:rPr>
          <w:b/>
          <w:sz w:val="16"/>
        </w:rPr>
        <w:t>AAIIC</w:t>
      </w:r>
      <w:r w:rsidR="00ED7093">
        <w:rPr>
          <w:b/>
          <w:sz w:val="16"/>
        </w:rPr>
        <w:t xml:space="preserve"> contact: +389 2 6091 090 (office) | 24-hour contacts: +389 70 247 566 / +389 70 400 553 | info@kinsiv.mk | www.kinsiv.mk</w:t>
      </w:r>
    </w:p>
    <w:p w14:paraId="2F599462" w14:textId="77777777" w:rsidR="002D1617" w:rsidRDefault="00ED7093">
      <w:pPr>
        <w:spacing w:before="40"/>
      </w:pPr>
      <w:r>
        <w:rPr>
          <w:i/>
          <w:sz w:val="15"/>
        </w:rPr>
        <w:t>This notification supports the initial information contemplated by ICAO Annex 13, Chapter 4 (including paragraphs 4.1–4.2). It is not a substitute for required notifications to other States or ICAO. Dispatch must not be delayed pending completion of all fields.</w:t>
      </w:r>
    </w:p>
    <w:sectPr w:rsidR="002D1617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430554">
    <w:abstractNumId w:val="8"/>
  </w:num>
  <w:num w:numId="2" w16cid:durableId="1921407666">
    <w:abstractNumId w:val="6"/>
  </w:num>
  <w:num w:numId="3" w16cid:durableId="109133944">
    <w:abstractNumId w:val="5"/>
  </w:num>
  <w:num w:numId="4" w16cid:durableId="461078322">
    <w:abstractNumId w:val="4"/>
  </w:num>
  <w:num w:numId="5" w16cid:durableId="2082873265">
    <w:abstractNumId w:val="7"/>
  </w:num>
  <w:num w:numId="6" w16cid:durableId="860705846">
    <w:abstractNumId w:val="3"/>
  </w:num>
  <w:num w:numId="7" w16cid:durableId="1631743029">
    <w:abstractNumId w:val="2"/>
  </w:num>
  <w:num w:numId="8" w16cid:durableId="1872299370">
    <w:abstractNumId w:val="1"/>
  </w:num>
  <w:num w:numId="9" w16cid:durableId="154050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500D"/>
    <w:rsid w:val="0029639D"/>
    <w:rsid w:val="002D1617"/>
    <w:rsid w:val="00326F90"/>
    <w:rsid w:val="0057446F"/>
    <w:rsid w:val="005C223D"/>
    <w:rsid w:val="009B08E5"/>
    <w:rsid w:val="00AA1D8D"/>
    <w:rsid w:val="00B35A43"/>
    <w:rsid w:val="00B47730"/>
    <w:rsid w:val="00CB0664"/>
    <w:rsid w:val="00D07A2D"/>
    <w:rsid w:val="00D477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A69461"/>
  <w14:defaultImageDpi w14:val="300"/>
  <w15:docId w15:val="{0FD1B74F-C4B4-46CF-A346-965C040B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Nikola Davidov</cp:lastModifiedBy>
  <cp:revision>4</cp:revision>
  <dcterms:created xsi:type="dcterms:W3CDTF">2026-10-19T10:07:00Z</dcterms:created>
  <dcterms:modified xsi:type="dcterms:W3CDTF">2026-10-19T11:04:00Z</dcterms:modified>
  <cp:category/>
</cp:coreProperties>
</file>