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2D1617" w14:paraId="3D97ED2E" w14:textId="77777777">
        <w:trPr>
          <w:jc w:val="center"/>
        </w:trPr>
        <w:tc>
          <w:tcPr>
            <w:tcW w:w="3552" w:type="dxa"/>
            <w:shd w:val="clear" w:color="auto" w:fill="EAF0F6"/>
            <w:vAlign w:val="center"/>
          </w:tcPr>
          <w:p w14:paraId="1EFDE1FC" w14:textId="0964C70A" w:rsidR="002D1617" w:rsidRDefault="00D07A2D">
            <w:pPr>
              <w:spacing w:after="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A34842D" wp14:editId="4DEB6778">
                  <wp:simplePos x="571500" y="5715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575180" cy="487680"/>
                  <wp:effectExtent l="0" t="0" r="6350" b="7620"/>
                  <wp:wrapSquare wrapText="bothSides"/>
                  <wp:docPr id="17454253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425354" name="Picture 17454253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180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52" w:type="dxa"/>
            <w:shd w:val="clear" w:color="auto" w:fill="EAF0F6"/>
            <w:vAlign w:val="center"/>
          </w:tcPr>
          <w:p w14:paraId="0CD335AD" w14:textId="6CE332B2" w:rsidR="002D1617" w:rsidRPr="00FC08B6" w:rsidRDefault="00B869F5" w:rsidP="00D07A2D">
            <w:pPr>
              <w:spacing w:after="20"/>
              <w:jc w:val="center"/>
              <w:rPr>
                <w:lang w:val="mk-MK"/>
              </w:rPr>
            </w:pPr>
            <w:r>
              <w:rPr>
                <w:b/>
                <w:sz w:val="18"/>
                <w:lang w:val="mk-MK"/>
              </w:rPr>
              <w:t>РЕПУБЛИКА СЕВЕРНА МАКЕДОНИЈА</w:t>
            </w:r>
            <w:r w:rsidR="006D04E1">
              <w:rPr>
                <w:b/>
                <w:sz w:val="18"/>
              </w:rPr>
              <w:br/>
            </w:r>
            <w:r>
              <w:rPr>
                <w:b/>
                <w:sz w:val="18"/>
                <w:lang w:val="mk-MK"/>
              </w:rPr>
              <w:t xml:space="preserve">КОМИТЕТ ЗА ИСТРАГА НА ВОЗДУХОПЛОВНИ НЕСРЕЌИ И СЕРИОЗНИ ИНЦИДЕНТИ </w:t>
            </w:r>
            <w:r w:rsidR="006D04E1">
              <w:rPr>
                <w:b/>
                <w:sz w:val="18"/>
              </w:rPr>
              <w:br/>
            </w:r>
            <w:r w:rsidR="00FC08B6">
              <w:rPr>
                <w:b/>
                <w:sz w:val="18"/>
                <w:lang w:val="mk-MK"/>
              </w:rPr>
              <w:t>ФОРМУЛАР ЗА НОТИФИКАЦИЈА</w:t>
            </w:r>
            <w:r w:rsidR="006D04E1">
              <w:rPr>
                <w:b/>
                <w:sz w:val="18"/>
              </w:rPr>
              <w:t xml:space="preserve">  </w:t>
            </w:r>
            <w:r w:rsidR="00FC08B6">
              <w:rPr>
                <w:b/>
                <w:sz w:val="18"/>
                <w:lang w:val="mk-MK"/>
              </w:rPr>
              <w:t xml:space="preserve">НЕСРЕЌА </w:t>
            </w:r>
            <w:r w:rsidR="006D04E1">
              <w:rPr>
                <w:b/>
                <w:sz w:val="18"/>
              </w:rPr>
              <w:t xml:space="preserve"> / </w:t>
            </w:r>
            <w:r w:rsidR="00FC08B6">
              <w:rPr>
                <w:b/>
                <w:sz w:val="18"/>
                <w:lang w:val="mk-MK"/>
              </w:rPr>
              <w:t xml:space="preserve"> СЕРИОЗЕН ИНЦИДЕНТ </w:t>
            </w:r>
          </w:p>
        </w:tc>
        <w:tc>
          <w:tcPr>
            <w:tcW w:w="3552" w:type="dxa"/>
            <w:shd w:val="clear" w:color="auto" w:fill="EAF0F6"/>
            <w:vAlign w:val="center"/>
          </w:tcPr>
          <w:p w14:paraId="1DBED902" w14:textId="5051CD30" w:rsidR="002D1617" w:rsidRDefault="00D07A2D">
            <w:pPr>
              <w:spacing w:after="2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D399702" wp14:editId="62E022F2">
                  <wp:simplePos x="5082540" y="41148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51865" cy="842010"/>
                  <wp:effectExtent l="0" t="0" r="635" b="0"/>
                  <wp:wrapSquare wrapText="bothSides"/>
                  <wp:docPr id="16835264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526471" name="Picture 168352647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872D42F" w14:textId="0BA9DE8A" w:rsidR="002D1617" w:rsidRPr="00876B44" w:rsidRDefault="00FC08B6">
      <w:pPr>
        <w:spacing w:after="80"/>
        <w:rPr>
          <w:lang w:val="mk-MK"/>
        </w:rPr>
      </w:pPr>
      <w:r>
        <w:rPr>
          <w:i/>
          <w:lang w:val="mk-MK"/>
        </w:rPr>
        <w:t>Користи го овој формулар да го известиш Комитетот за истрага на воздухопловни несреќи и сериозни инциденти</w:t>
      </w:r>
      <w:r w:rsidR="00A13449">
        <w:rPr>
          <w:i/>
          <w:lang w:val="mk-MK"/>
        </w:rPr>
        <w:t xml:space="preserve"> на Република Северна Македонија (КИНСИВ) во најкратко можно време.</w:t>
      </w:r>
      <w:r w:rsidR="006D04E1">
        <w:rPr>
          <w:i/>
        </w:rPr>
        <w:t xml:space="preserve"> </w:t>
      </w:r>
      <w:r w:rsidR="00A13449">
        <w:rPr>
          <w:i/>
          <w:lang w:val="mk-MK"/>
        </w:rPr>
        <w:t xml:space="preserve">Пополни ги сите информации </w:t>
      </w:r>
      <w:r w:rsidR="00E970FC">
        <w:rPr>
          <w:i/>
          <w:lang w:val="mk-MK"/>
        </w:rPr>
        <w:t>со кои располагаш</w:t>
      </w:r>
      <w:r w:rsidR="00E970FC">
        <w:rPr>
          <w:i/>
        </w:rPr>
        <w:t xml:space="preserve">; </w:t>
      </w:r>
      <w:r w:rsidR="00E970FC">
        <w:rPr>
          <w:i/>
          <w:lang w:val="mk-MK"/>
        </w:rPr>
        <w:t xml:space="preserve">немој да го одолговлекуваш информирањето </w:t>
      </w:r>
      <w:r w:rsidR="008F5CF9">
        <w:rPr>
          <w:i/>
          <w:lang w:val="mk-MK"/>
        </w:rPr>
        <w:t>бидејќи не ги знаеш сите информации</w:t>
      </w:r>
      <w:r w:rsidR="006D04E1">
        <w:rPr>
          <w:i/>
        </w:rPr>
        <w:t>.</w:t>
      </w:r>
      <w:r w:rsidR="008F5CF9">
        <w:rPr>
          <w:i/>
          <w:lang w:val="mk-MK"/>
        </w:rPr>
        <w:t xml:space="preserve"> </w:t>
      </w:r>
      <w:r w:rsidR="00876B44">
        <w:rPr>
          <w:i/>
          <w:lang w:val="mk-MK"/>
        </w:rPr>
        <w:t>Доколку во моментот немаш некоја информација пополни во полето</w:t>
      </w:r>
      <w:r w:rsidR="005A1BC2" w:rsidRPr="005A1BC2">
        <w:rPr>
          <w:i/>
          <w:lang w:val="mk-MK"/>
        </w:rPr>
        <w:t xml:space="preserve"> </w:t>
      </w:r>
      <w:r w:rsidR="005A1BC2">
        <w:rPr>
          <w:i/>
          <w:lang w:val="mk-MK"/>
        </w:rPr>
        <w:t>со</w:t>
      </w:r>
      <w:r w:rsidR="00876B44">
        <w:rPr>
          <w:i/>
          <w:lang w:val="mk-MK"/>
        </w:rPr>
        <w:t xml:space="preserve"> </w:t>
      </w:r>
      <w:r w:rsidR="00876B44" w:rsidRPr="00876B44">
        <w:rPr>
          <w:i/>
          <w:lang w:val="mk-MK"/>
        </w:rPr>
        <w:t>“</w:t>
      </w:r>
      <w:r w:rsidR="00621855" w:rsidRPr="00621855">
        <w:rPr>
          <w:i/>
          <w:lang w:val="mk-MK"/>
        </w:rPr>
        <w:t>UNC</w:t>
      </w:r>
      <w:r w:rsidR="00876B44" w:rsidRPr="00876B44">
        <w:rPr>
          <w:i/>
          <w:lang w:val="mk-MK"/>
        </w:rPr>
        <w:t>”</w:t>
      </w:r>
      <w:r w:rsidR="00B56189">
        <w:rPr>
          <w:i/>
          <w:lang w:val="mk-MK"/>
        </w:rPr>
        <w:t xml:space="preserve"> и испрати го формуларот. Кога ќе добиеш нова информација </w:t>
      </w:r>
      <w:r w:rsidR="00CA0841">
        <w:rPr>
          <w:i/>
          <w:lang w:val="mk-MK"/>
        </w:rPr>
        <w:t xml:space="preserve">направи ревизија на формата и повторно препрати ја до Комитетот. </w:t>
      </w:r>
    </w:p>
    <w:p w14:paraId="4DCA86E2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00B158C8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59823EE4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3842B3B7" w14:textId="6DA57CCB" w:rsidR="002D1617" w:rsidRPr="007578E4" w:rsidRDefault="006D04E1">
      <w:pPr>
        <w:spacing w:before="140" w:after="60"/>
        <w:rPr>
          <w:lang w:val="mk-MK"/>
        </w:rPr>
      </w:pPr>
      <w:r>
        <w:rPr>
          <w:b/>
          <w:color w:val="1F4E79"/>
          <w:sz w:val="20"/>
        </w:rPr>
        <w:t xml:space="preserve">1. </w:t>
      </w:r>
      <w:r w:rsidR="007578E4">
        <w:rPr>
          <w:b/>
          <w:color w:val="1F4E79"/>
          <w:sz w:val="20"/>
          <w:lang w:val="mk-MK"/>
        </w:rPr>
        <w:t>ДЕТАЛИ ЗА ИЗВЕСТУВАЊЕТО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:rsidRPr="00621855" w14:paraId="00AA2849" w14:textId="77777777">
        <w:trPr>
          <w:jc w:val="center"/>
        </w:trPr>
        <w:tc>
          <w:tcPr>
            <w:tcW w:w="5328" w:type="dxa"/>
            <w:vAlign w:val="center"/>
          </w:tcPr>
          <w:p w14:paraId="71F54680" w14:textId="2A652FD2" w:rsidR="002D1617" w:rsidRPr="00D464A7" w:rsidRDefault="007578E4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Референца на известувањето</w:t>
            </w:r>
            <w:r w:rsidR="006D04E1" w:rsidRPr="00D464A7">
              <w:rPr>
                <w:sz w:val="16"/>
                <w:lang w:val="mk-MK"/>
              </w:rPr>
              <w:t xml:space="preserve"> / </w:t>
            </w:r>
            <w:r w:rsidR="00D464A7">
              <w:rPr>
                <w:sz w:val="16"/>
                <w:lang w:val="mk-MK"/>
              </w:rPr>
              <w:t>Број на известувањето</w:t>
            </w:r>
            <w:r w:rsidR="006D04E1" w:rsidRPr="00D464A7">
              <w:rPr>
                <w:sz w:val="16"/>
                <w:lang w:val="mk-MK"/>
              </w:rPr>
              <w:br/>
            </w:r>
            <w:r w:rsidR="006D04E1" w:rsidRPr="00D464A7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699E803A" w14:textId="4F84298A" w:rsidR="002D1617" w:rsidRPr="00D464A7" w:rsidRDefault="00D464A7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 xml:space="preserve">Дата и време на известувањето </w:t>
            </w:r>
            <w:r w:rsidR="006D04E1" w:rsidRPr="00D464A7">
              <w:rPr>
                <w:sz w:val="16"/>
                <w:lang w:val="mk-MK"/>
              </w:rPr>
              <w:t xml:space="preserve"> (UTC)</w:t>
            </w:r>
            <w:r w:rsidR="00D07A2D" w:rsidRPr="00D464A7">
              <w:rPr>
                <w:sz w:val="16"/>
                <w:lang w:val="mk-MK"/>
              </w:rPr>
              <w:t xml:space="preserve"> (LT)</w:t>
            </w:r>
            <w:r w:rsidR="006D04E1" w:rsidRPr="00D464A7">
              <w:rPr>
                <w:sz w:val="16"/>
                <w:lang w:val="mk-MK"/>
              </w:rPr>
              <w:br/>
            </w:r>
            <w:r w:rsidR="006D04E1" w:rsidRPr="00D464A7">
              <w:rPr>
                <w:sz w:val="16"/>
                <w:lang w:val="mk-MK"/>
              </w:rPr>
              <w:br/>
            </w:r>
          </w:p>
        </w:tc>
      </w:tr>
      <w:tr w:rsidR="002D1617" w:rsidRPr="00621855" w14:paraId="28EB5523" w14:textId="77777777">
        <w:trPr>
          <w:jc w:val="center"/>
        </w:trPr>
        <w:tc>
          <w:tcPr>
            <w:tcW w:w="5328" w:type="dxa"/>
            <w:vAlign w:val="center"/>
          </w:tcPr>
          <w:p w14:paraId="1AD82BA0" w14:textId="21109A5C" w:rsidR="002D1617" w:rsidRPr="002E116D" w:rsidRDefault="002E116D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 xml:space="preserve">Организација која го испраќа </w:t>
            </w:r>
            <w:r w:rsidR="006D04E1" w:rsidRPr="002E116D">
              <w:rPr>
                <w:sz w:val="16"/>
                <w:lang w:val="mk-MK"/>
              </w:rPr>
              <w:br/>
            </w:r>
            <w:r w:rsidR="006D04E1" w:rsidRPr="002E116D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720E47F4" w14:textId="689EED9A" w:rsidR="002D1617" w:rsidRPr="002E116D" w:rsidRDefault="002E116D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 xml:space="preserve">Име и Презиме и работна позиција на испраќачот </w:t>
            </w:r>
            <w:r w:rsidR="006D04E1" w:rsidRPr="002E116D">
              <w:rPr>
                <w:sz w:val="16"/>
                <w:lang w:val="mk-MK"/>
              </w:rPr>
              <w:br/>
            </w:r>
            <w:r w:rsidR="006D04E1" w:rsidRPr="002E116D">
              <w:rPr>
                <w:sz w:val="16"/>
                <w:lang w:val="mk-MK"/>
              </w:rPr>
              <w:br/>
            </w:r>
          </w:p>
        </w:tc>
      </w:tr>
      <w:tr w:rsidR="002D1617" w14:paraId="2583F19E" w14:textId="77777777">
        <w:trPr>
          <w:jc w:val="center"/>
        </w:trPr>
        <w:tc>
          <w:tcPr>
            <w:tcW w:w="5328" w:type="dxa"/>
            <w:vAlign w:val="center"/>
          </w:tcPr>
          <w:p w14:paraId="672DFAC0" w14:textId="7ADB1EB4" w:rsidR="002D1617" w:rsidRDefault="002E116D">
            <w:pPr>
              <w:spacing w:after="20"/>
            </w:pPr>
            <w:r>
              <w:rPr>
                <w:sz w:val="16"/>
                <w:lang w:val="mk-MK"/>
              </w:rPr>
              <w:t xml:space="preserve">Телефонски број </w:t>
            </w:r>
            <w:r w:rsidR="006D04E1">
              <w:rPr>
                <w:sz w:val="16"/>
              </w:rPr>
              <w:t xml:space="preserve"> (</w:t>
            </w:r>
            <w:r>
              <w:rPr>
                <w:sz w:val="16"/>
                <w:lang w:val="mk-MK"/>
              </w:rPr>
              <w:t>достапен 24 часа</w:t>
            </w:r>
            <w:r w:rsidR="006D04E1">
              <w:rPr>
                <w:sz w:val="16"/>
              </w:rPr>
              <w:t>)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69F98C30" w14:textId="56A588F4" w:rsidR="002D1617" w:rsidRDefault="006D04E1">
            <w:pPr>
              <w:spacing w:after="20"/>
            </w:pPr>
            <w:r>
              <w:rPr>
                <w:sz w:val="16"/>
              </w:rPr>
              <w:t xml:space="preserve">Email / </w:t>
            </w:r>
            <w:r w:rsidR="005F5CF1">
              <w:rPr>
                <w:sz w:val="16"/>
                <w:lang w:val="mk-MK"/>
              </w:rPr>
              <w:t>друг начин на комуникација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591873F8" w14:textId="77777777">
        <w:trPr>
          <w:jc w:val="center"/>
        </w:trPr>
        <w:tc>
          <w:tcPr>
            <w:tcW w:w="5328" w:type="dxa"/>
            <w:vAlign w:val="center"/>
          </w:tcPr>
          <w:p w14:paraId="51D90E9E" w14:textId="30650D6F" w:rsidR="002D1617" w:rsidRDefault="005F5CF1">
            <w:pPr>
              <w:spacing w:after="20"/>
            </w:pPr>
            <w:r>
              <w:rPr>
                <w:sz w:val="16"/>
                <w:lang w:val="mk-MK"/>
              </w:rPr>
              <w:t>Нотификацијата е испратена преку</w:t>
            </w:r>
            <w:r w:rsidR="006D04E1">
              <w:rPr>
                <w:sz w:val="16"/>
              </w:rPr>
              <w:t xml:space="preserve"> (</w:t>
            </w:r>
            <w:r>
              <w:rPr>
                <w:sz w:val="16"/>
                <w:lang w:val="mk-MK"/>
              </w:rPr>
              <w:t>телефон</w:t>
            </w:r>
            <w:r w:rsidR="006D04E1">
              <w:rPr>
                <w:sz w:val="16"/>
              </w:rPr>
              <w:t xml:space="preserve"> / email  / </w:t>
            </w:r>
            <w:r>
              <w:rPr>
                <w:sz w:val="16"/>
                <w:lang w:val="mk-MK"/>
              </w:rPr>
              <w:t>друго</w:t>
            </w:r>
            <w:r w:rsidR="006D04E1">
              <w:rPr>
                <w:sz w:val="16"/>
              </w:rPr>
              <w:t>)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F12A389" w14:textId="1E0B9DA0" w:rsidR="002D1617" w:rsidRDefault="005F5CF1">
            <w:pPr>
              <w:spacing w:after="20"/>
            </w:pPr>
            <w:r>
              <w:rPr>
                <w:sz w:val="16"/>
                <w:lang w:val="mk-MK"/>
              </w:rPr>
              <w:t>Лице кое ја примило нотификацијата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Пополнува КИНСИВ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</w:tbl>
    <w:p w14:paraId="7FD46674" w14:textId="77777777" w:rsidR="00743793" w:rsidRDefault="00743793">
      <w:pPr>
        <w:spacing w:before="140" w:after="60"/>
        <w:rPr>
          <w:b/>
          <w:color w:val="1F4E79"/>
          <w:sz w:val="20"/>
        </w:rPr>
      </w:pPr>
    </w:p>
    <w:p w14:paraId="719DEF05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1801940C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1A25C996" w14:textId="52E78C63" w:rsidR="002D1617" w:rsidRPr="00CF6B5E" w:rsidRDefault="006D04E1">
      <w:pPr>
        <w:spacing w:before="140" w:after="60"/>
        <w:rPr>
          <w:lang w:val="mk-MK"/>
        </w:rPr>
      </w:pPr>
      <w:r w:rsidRPr="00CF6B5E">
        <w:rPr>
          <w:b/>
          <w:color w:val="1F4E79"/>
          <w:sz w:val="20"/>
          <w:lang w:val="mk-MK"/>
        </w:rPr>
        <w:t xml:space="preserve">2. </w:t>
      </w:r>
      <w:r w:rsidR="00ED2EB1">
        <w:rPr>
          <w:b/>
          <w:color w:val="1F4E79"/>
          <w:sz w:val="20"/>
          <w:lang w:val="mk-MK"/>
        </w:rPr>
        <w:t>КЛАСИФИКАЦИЈА НА НАСТАНОТ И ВРЕМЕ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:rsidRPr="00621855" w14:paraId="1B14469F" w14:textId="77777777">
        <w:trPr>
          <w:jc w:val="center"/>
        </w:trPr>
        <w:tc>
          <w:tcPr>
            <w:tcW w:w="5328" w:type="dxa"/>
            <w:vAlign w:val="center"/>
          </w:tcPr>
          <w:p w14:paraId="36B346D3" w14:textId="716C57B5" w:rsidR="002D1617" w:rsidRPr="00621855" w:rsidRDefault="00ED2EB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Тип на настан</w:t>
            </w:r>
            <w:r w:rsidR="006D04E1" w:rsidRPr="00621855">
              <w:rPr>
                <w:sz w:val="16"/>
                <w:lang w:val="mk-MK"/>
              </w:rPr>
              <w:t xml:space="preserve">: ☐ </w:t>
            </w:r>
            <w:r>
              <w:rPr>
                <w:sz w:val="16"/>
                <w:lang w:val="mk-MK"/>
              </w:rPr>
              <w:t>НЕСРЕЌА</w:t>
            </w:r>
            <w:r w:rsidR="006D04E1" w:rsidRPr="00621855">
              <w:rPr>
                <w:sz w:val="16"/>
                <w:lang w:val="mk-MK"/>
              </w:rPr>
              <w:t xml:space="preserve">  ☐ </w:t>
            </w:r>
            <w:r>
              <w:rPr>
                <w:sz w:val="16"/>
                <w:lang w:val="mk-MK"/>
              </w:rPr>
              <w:t>СЕРИОЗЕН ИНЦИДЕНТ</w:t>
            </w:r>
            <w:r w:rsidR="006D04E1" w:rsidRPr="00621855">
              <w:rPr>
                <w:sz w:val="16"/>
                <w:lang w:val="mk-MK"/>
              </w:rPr>
              <w:br/>
            </w:r>
            <w:r w:rsidR="006D04E1" w:rsidRPr="00621855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16B0E37F" w14:textId="101B8AC5" w:rsidR="002D1617" w:rsidRPr="00621855" w:rsidRDefault="00ED2EB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Дата на настанот</w:t>
            </w:r>
            <w:r w:rsidR="006D04E1" w:rsidRPr="00621855">
              <w:rPr>
                <w:sz w:val="16"/>
                <w:lang w:val="mk-MK"/>
              </w:rPr>
              <w:t xml:space="preserve"> (DD/MM/YYYY)</w:t>
            </w:r>
            <w:r w:rsidR="006D04E1" w:rsidRPr="00621855">
              <w:rPr>
                <w:sz w:val="16"/>
                <w:lang w:val="mk-MK"/>
              </w:rPr>
              <w:br/>
            </w:r>
            <w:r w:rsidR="006D04E1" w:rsidRPr="00621855">
              <w:rPr>
                <w:sz w:val="16"/>
                <w:lang w:val="mk-MK"/>
              </w:rPr>
              <w:br/>
            </w:r>
          </w:p>
        </w:tc>
      </w:tr>
      <w:tr w:rsidR="002D1617" w:rsidRPr="00621855" w14:paraId="291B86CF" w14:textId="77777777">
        <w:trPr>
          <w:jc w:val="center"/>
        </w:trPr>
        <w:tc>
          <w:tcPr>
            <w:tcW w:w="5328" w:type="dxa"/>
            <w:vAlign w:val="center"/>
          </w:tcPr>
          <w:p w14:paraId="73E6002D" w14:textId="5B2F8EC8" w:rsidR="002D1617" w:rsidRPr="00621855" w:rsidRDefault="00ED2EB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Време на настанот</w:t>
            </w:r>
            <w:r w:rsidR="006D04E1" w:rsidRPr="00621855">
              <w:rPr>
                <w:sz w:val="16"/>
                <w:lang w:val="mk-MK"/>
              </w:rPr>
              <w:t xml:space="preserve"> (UTC </w:t>
            </w:r>
            <w:r>
              <w:rPr>
                <w:sz w:val="16"/>
                <w:lang w:val="mk-MK"/>
              </w:rPr>
              <w:t>или локално</w:t>
            </w:r>
            <w:r w:rsidR="006D04E1" w:rsidRPr="00621855">
              <w:rPr>
                <w:sz w:val="16"/>
                <w:lang w:val="mk-MK"/>
              </w:rPr>
              <w:t xml:space="preserve">; </w:t>
            </w:r>
            <w:r w:rsidR="002C5FEF">
              <w:rPr>
                <w:sz w:val="16"/>
                <w:lang w:val="mk-MK"/>
              </w:rPr>
              <w:t>дефинирај</w:t>
            </w:r>
            <w:r w:rsidR="006D04E1" w:rsidRPr="00621855">
              <w:rPr>
                <w:sz w:val="16"/>
                <w:lang w:val="mk-MK"/>
              </w:rPr>
              <w:t>)</w:t>
            </w:r>
            <w:r w:rsidR="006D04E1" w:rsidRPr="00621855">
              <w:rPr>
                <w:sz w:val="16"/>
                <w:lang w:val="mk-MK"/>
              </w:rPr>
              <w:br/>
            </w:r>
            <w:r w:rsidR="006D04E1" w:rsidRPr="00621855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59A1A3F3" w14:textId="73B12D9F" w:rsidR="002D1617" w:rsidRPr="00621855" w:rsidRDefault="002C5FEF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Локална временска зона</w:t>
            </w:r>
            <w:r w:rsidR="006D04E1" w:rsidRPr="00621855">
              <w:rPr>
                <w:sz w:val="16"/>
                <w:lang w:val="mk-MK"/>
              </w:rPr>
              <w:t xml:space="preserve"> / UTC offset</w:t>
            </w:r>
            <w:r w:rsidR="006D04E1" w:rsidRPr="00621855">
              <w:rPr>
                <w:sz w:val="16"/>
                <w:lang w:val="mk-MK"/>
              </w:rPr>
              <w:br/>
            </w:r>
            <w:r w:rsidR="006D04E1" w:rsidRPr="00621855">
              <w:rPr>
                <w:sz w:val="16"/>
                <w:lang w:val="mk-MK"/>
              </w:rPr>
              <w:br/>
            </w:r>
          </w:p>
        </w:tc>
      </w:tr>
      <w:tr w:rsidR="002D1617" w14:paraId="0020F2D2" w14:textId="77777777">
        <w:trPr>
          <w:jc w:val="center"/>
        </w:trPr>
        <w:tc>
          <w:tcPr>
            <w:tcW w:w="5328" w:type="dxa"/>
            <w:vAlign w:val="center"/>
          </w:tcPr>
          <w:p w14:paraId="200F6B66" w14:textId="361F2ED6" w:rsidR="002D1617" w:rsidRDefault="002C5FEF">
            <w:pPr>
              <w:spacing w:after="20"/>
            </w:pPr>
            <w:r>
              <w:rPr>
                <w:sz w:val="16"/>
                <w:lang w:val="mk-MK"/>
              </w:rPr>
              <w:t>Држава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 xml:space="preserve">Регион на настанот 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A97E460" w14:textId="6E5E6A8F" w:rsidR="002D1617" w:rsidRDefault="002C5FEF">
            <w:pPr>
              <w:spacing w:after="20"/>
            </w:pPr>
            <w:r>
              <w:rPr>
                <w:sz w:val="16"/>
                <w:lang w:val="mk-MK"/>
              </w:rPr>
              <w:t>Точна локација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 xml:space="preserve">најблиско географско подрачје </w:t>
            </w:r>
            <w:r w:rsidR="00C61E06">
              <w:rPr>
                <w:sz w:val="16"/>
                <w:lang w:val="mk-MK"/>
              </w:rPr>
              <w:t>/ Град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  <w:tr w:rsidR="002D1617" w14:paraId="62C594A5" w14:textId="77777777">
        <w:trPr>
          <w:jc w:val="center"/>
        </w:trPr>
        <w:tc>
          <w:tcPr>
            <w:tcW w:w="5328" w:type="dxa"/>
            <w:vAlign w:val="center"/>
          </w:tcPr>
          <w:p w14:paraId="0B1021C2" w14:textId="77777777" w:rsidR="002D1617" w:rsidRDefault="006D04E1">
            <w:pPr>
              <w:spacing w:after="20"/>
            </w:pPr>
            <w:r>
              <w:rPr>
                <w:sz w:val="16"/>
              </w:rPr>
              <w:t>Latitude (N/S)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4EBBD30" w14:textId="77777777" w:rsidR="002D1617" w:rsidRDefault="006D04E1">
            <w:pPr>
              <w:spacing w:after="20"/>
            </w:pPr>
            <w:r>
              <w:rPr>
                <w:sz w:val="16"/>
              </w:rPr>
              <w:t>Longitude (E/W)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6330D560" w14:textId="77777777">
        <w:trPr>
          <w:jc w:val="center"/>
        </w:trPr>
        <w:tc>
          <w:tcPr>
            <w:tcW w:w="5328" w:type="dxa"/>
            <w:vAlign w:val="center"/>
          </w:tcPr>
          <w:p w14:paraId="50E4740E" w14:textId="67A52F20" w:rsidR="002D1617" w:rsidRDefault="00C61E06">
            <w:pPr>
              <w:spacing w:after="20"/>
            </w:pPr>
            <w:r>
              <w:rPr>
                <w:sz w:val="16"/>
                <w:lang w:val="mk-MK"/>
              </w:rPr>
              <w:t>Воздухопловно пристаниште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спортски аеродром</w:t>
            </w:r>
            <w:r w:rsidR="006D04E1">
              <w:rPr>
                <w:sz w:val="16"/>
              </w:rPr>
              <w:t xml:space="preserve"> / </w:t>
            </w:r>
            <w:r w:rsidR="00ED2A09">
              <w:rPr>
                <w:sz w:val="16"/>
                <w:lang w:val="mk-MK"/>
              </w:rPr>
              <w:t xml:space="preserve">име на местото и ИКАО код (доколку има) 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5F4504FF" w14:textId="1C3C00CB" w:rsidR="000165CB" w:rsidRDefault="00ED2A09">
            <w:pPr>
              <w:spacing w:after="20"/>
              <w:rPr>
                <w:sz w:val="16"/>
              </w:rPr>
            </w:pPr>
            <w:r>
              <w:rPr>
                <w:sz w:val="16"/>
                <w:lang w:val="mk-MK"/>
              </w:rPr>
              <w:t>Фаза на лет</w:t>
            </w:r>
            <w:r w:rsidR="00BC52AE">
              <w:rPr>
                <w:sz w:val="16"/>
              </w:rPr>
              <w:t xml:space="preserve">: </w:t>
            </w:r>
            <w:r w:rsidR="00E325AD">
              <w:rPr>
                <w:sz w:val="16"/>
                <w:lang w:val="mk-MK"/>
              </w:rPr>
              <w:t>На земја</w:t>
            </w:r>
            <w:r w:rsidR="00BC52AE">
              <w:rPr>
                <w:sz w:val="16"/>
              </w:rPr>
              <w:t xml:space="preserve"> / </w:t>
            </w:r>
            <w:r w:rsidR="00E325AD">
              <w:rPr>
                <w:sz w:val="16"/>
                <w:lang w:val="mk-MK"/>
              </w:rPr>
              <w:t>Таксирање</w:t>
            </w:r>
            <w:r w:rsidR="00BC52AE">
              <w:rPr>
                <w:sz w:val="16"/>
              </w:rPr>
              <w:t xml:space="preserve"> / </w:t>
            </w:r>
            <w:r w:rsidR="00E325AD">
              <w:rPr>
                <w:sz w:val="16"/>
                <w:lang w:val="mk-MK"/>
              </w:rPr>
              <w:t>Полетување</w:t>
            </w:r>
            <w:r w:rsidR="00BC52AE">
              <w:rPr>
                <w:sz w:val="16"/>
              </w:rPr>
              <w:t xml:space="preserve"> / </w:t>
            </w:r>
            <w:r w:rsidR="00E325AD">
              <w:rPr>
                <w:sz w:val="16"/>
                <w:lang w:val="mk-MK"/>
              </w:rPr>
              <w:t>Качување</w:t>
            </w:r>
            <w:r w:rsidR="00BC52AE">
              <w:rPr>
                <w:sz w:val="16"/>
              </w:rPr>
              <w:t xml:space="preserve"> / </w:t>
            </w:r>
            <w:r w:rsidR="00E325AD">
              <w:rPr>
                <w:sz w:val="16"/>
                <w:lang w:val="mk-MK"/>
              </w:rPr>
              <w:t>На рута</w:t>
            </w:r>
            <w:r w:rsidR="00BC52AE">
              <w:rPr>
                <w:sz w:val="16"/>
              </w:rPr>
              <w:t xml:space="preserve"> / </w:t>
            </w:r>
            <w:r w:rsidR="00E325AD">
              <w:rPr>
                <w:sz w:val="16"/>
                <w:lang w:val="mk-MK"/>
              </w:rPr>
              <w:t>Промена на висина</w:t>
            </w:r>
            <w:r w:rsidR="00BC52AE">
              <w:rPr>
                <w:sz w:val="16"/>
              </w:rPr>
              <w:t xml:space="preserve"> / </w:t>
            </w:r>
            <w:r w:rsidR="00E325AD">
              <w:rPr>
                <w:sz w:val="16"/>
                <w:lang w:val="mk-MK"/>
              </w:rPr>
              <w:t>Спуштање</w:t>
            </w:r>
            <w:r w:rsidR="00BC52AE">
              <w:rPr>
                <w:sz w:val="16"/>
              </w:rPr>
              <w:t xml:space="preserve"> / </w:t>
            </w:r>
            <w:r w:rsidR="00E325AD">
              <w:rPr>
                <w:sz w:val="16"/>
                <w:lang w:val="mk-MK"/>
              </w:rPr>
              <w:t>Слетување</w:t>
            </w:r>
            <w:r w:rsidR="000165CB">
              <w:rPr>
                <w:sz w:val="16"/>
              </w:rPr>
              <w:t xml:space="preserve"> / </w:t>
            </w:r>
            <w:r w:rsidR="00663512">
              <w:rPr>
                <w:sz w:val="16"/>
                <w:lang w:val="mk-MK"/>
              </w:rPr>
              <w:t>Неуспешен приод</w:t>
            </w:r>
            <w:r w:rsidR="000165CB">
              <w:rPr>
                <w:sz w:val="16"/>
              </w:rPr>
              <w:t xml:space="preserve"> /</w:t>
            </w:r>
            <w:r w:rsidR="008C5EA8">
              <w:rPr>
                <w:sz w:val="16"/>
                <w:lang w:val="mk-MK"/>
              </w:rPr>
              <w:t xml:space="preserve"> Друго</w:t>
            </w:r>
            <w:r w:rsidR="000165CB">
              <w:rPr>
                <w:sz w:val="16"/>
              </w:rPr>
              <w:t xml:space="preserve"> </w:t>
            </w:r>
          </w:p>
          <w:p w14:paraId="67452888" w14:textId="75DD854C" w:rsidR="002D1617" w:rsidRDefault="006D04E1">
            <w:pPr>
              <w:spacing w:after="2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410C1755" w14:textId="77777777" w:rsidR="00743793" w:rsidRDefault="00743793">
      <w:pPr>
        <w:spacing w:before="140" w:after="60"/>
        <w:rPr>
          <w:b/>
          <w:color w:val="1F4E79"/>
          <w:sz w:val="20"/>
          <w:lang w:val="mk-MK"/>
        </w:rPr>
      </w:pPr>
    </w:p>
    <w:p w14:paraId="25EA1EA9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1BF0F7A7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31AD9594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7C9D1AB4" w14:textId="77777777" w:rsidR="00CF6B5E" w:rsidRP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0A35E798" w14:textId="77777777" w:rsidR="00CF6B5E" w:rsidRDefault="00CF6B5E">
      <w:pPr>
        <w:spacing w:before="140" w:after="60"/>
        <w:rPr>
          <w:b/>
          <w:color w:val="1F4E79"/>
          <w:sz w:val="20"/>
          <w:lang w:val="mk-MK"/>
        </w:rPr>
      </w:pPr>
    </w:p>
    <w:p w14:paraId="6376BA43" w14:textId="51025CED" w:rsidR="002D1617" w:rsidRPr="00663512" w:rsidRDefault="006D04E1">
      <w:pPr>
        <w:spacing w:before="140" w:after="60"/>
        <w:rPr>
          <w:lang w:val="mk-MK"/>
        </w:rPr>
      </w:pPr>
      <w:r>
        <w:rPr>
          <w:b/>
          <w:color w:val="1F4E79"/>
          <w:sz w:val="20"/>
        </w:rPr>
        <w:lastRenderedPageBreak/>
        <w:t xml:space="preserve">3. </w:t>
      </w:r>
      <w:r w:rsidR="00663512">
        <w:rPr>
          <w:b/>
          <w:color w:val="1F4E79"/>
          <w:sz w:val="20"/>
          <w:lang w:val="mk-MK"/>
        </w:rPr>
        <w:t>ВОЗДУХОПЛОВ И ОПЕРАЦИЈА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14:paraId="6D1DA56D" w14:textId="77777777">
        <w:trPr>
          <w:jc w:val="center"/>
        </w:trPr>
        <w:tc>
          <w:tcPr>
            <w:tcW w:w="5328" w:type="dxa"/>
            <w:vAlign w:val="center"/>
          </w:tcPr>
          <w:p w14:paraId="5CD475E1" w14:textId="21993B42" w:rsidR="002D1617" w:rsidRPr="003F06B1" w:rsidRDefault="003F06B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Производител на воздухопловот и модел</w:t>
            </w:r>
            <w:r w:rsidR="006D04E1" w:rsidRPr="003F06B1">
              <w:rPr>
                <w:sz w:val="16"/>
                <w:lang w:val="mk-MK"/>
              </w:rPr>
              <w:br/>
            </w:r>
            <w:r w:rsidR="006D04E1" w:rsidRPr="003F06B1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5DBB14E6" w14:textId="723A3522" w:rsidR="002D1617" w:rsidRDefault="003F06B1">
            <w:pPr>
              <w:spacing w:after="20"/>
            </w:pPr>
            <w:r>
              <w:rPr>
                <w:sz w:val="16"/>
                <w:lang w:val="mk-MK"/>
              </w:rPr>
              <w:t>Националност и регистарска ознака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  <w:tr w:rsidR="002D1617" w14:paraId="348219F7" w14:textId="77777777">
        <w:trPr>
          <w:jc w:val="center"/>
        </w:trPr>
        <w:tc>
          <w:tcPr>
            <w:tcW w:w="5328" w:type="dxa"/>
            <w:vAlign w:val="center"/>
          </w:tcPr>
          <w:p w14:paraId="256039B1" w14:textId="612A99DC" w:rsidR="002D1617" w:rsidRDefault="003F06B1">
            <w:pPr>
              <w:spacing w:after="20"/>
            </w:pPr>
            <w:r>
              <w:rPr>
                <w:sz w:val="16"/>
                <w:lang w:val="mk-MK"/>
              </w:rPr>
              <w:t xml:space="preserve">Сериски број на воздухопловот 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7791EEC6" w14:textId="05C4800A" w:rsidR="002D1617" w:rsidRDefault="003F06B1">
            <w:pPr>
              <w:spacing w:after="20"/>
            </w:pPr>
            <w:r>
              <w:rPr>
                <w:sz w:val="16"/>
                <w:lang w:val="mk-MK"/>
              </w:rPr>
              <w:t>Категорија на воздухопловот</w:t>
            </w:r>
            <w:r w:rsidR="006D04E1">
              <w:rPr>
                <w:sz w:val="16"/>
              </w:rPr>
              <w:t xml:space="preserve"> / </w:t>
            </w:r>
            <w:r w:rsidR="00754E79">
              <w:rPr>
                <w:sz w:val="16"/>
                <w:lang w:val="mk-MK"/>
              </w:rPr>
              <w:t>тип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  <w:tr w:rsidR="002D1617" w14:paraId="36772418" w14:textId="77777777">
        <w:trPr>
          <w:jc w:val="center"/>
        </w:trPr>
        <w:tc>
          <w:tcPr>
            <w:tcW w:w="5328" w:type="dxa"/>
            <w:vAlign w:val="center"/>
          </w:tcPr>
          <w:p w14:paraId="7E2AF244" w14:textId="44A478AD" w:rsidR="002D1617" w:rsidRDefault="00754E79">
            <w:pPr>
              <w:spacing w:after="20"/>
            </w:pPr>
            <w:r>
              <w:rPr>
                <w:sz w:val="16"/>
                <w:lang w:val="mk-MK"/>
              </w:rPr>
              <w:t>Сопственик</w:t>
            </w:r>
            <w:r w:rsidR="006D04E1">
              <w:rPr>
                <w:sz w:val="16"/>
              </w:rPr>
              <w:t xml:space="preserve"> (</w:t>
            </w:r>
            <w:r>
              <w:rPr>
                <w:sz w:val="16"/>
                <w:lang w:val="mk-MK"/>
              </w:rPr>
              <w:t>име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Држава</w:t>
            </w:r>
            <w:r w:rsidR="006D04E1">
              <w:rPr>
                <w:sz w:val="16"/>
              </w:rPr>
              <w:t>)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509D1D3A" w14:textId="59ED6755" w:rsidR="002D1617" w:rsidRDefault="00754E79">
            <w:pPr>
              <w:spacing w:after="20"/>
            </w:pPr>
            <w:r>
              <w:rPr>
                <w:sz w:val="16"/>
                <w:lang w:val="mk-MK"/>
              </w:rPr>
              <w:t>Оператор</w:t>
            </w:r>
            <w:r w:rsidR="006D04E1">
              <w:rPr>
                <w:sz w:val="16"/>
              </w:rPr>
              <w:t xml:space="preserve"> (</w:t>
            </w:r>
            <w:r>
              <w:rPr>
                <w:sz w:val="16"/>
                <w:lang w:val="mk-MK"/>
              </w:rPr>
              <w:t>име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Држава</w:t>
            </w:r>
            <w:r w:rsidR="006D04E1">
              <w:rPr>
                <w:sz w:val="16"/>
              </w:rPr>
              <w:t>)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  <w:tr w:rsidR="002D1617" w14:paraId="0B7D52F4" w14:textId="77777777">
        <w:trPr>
          <w:jc w:val="center"/>
        </w:trPr>
        <w:tc>
          <w:tcPr>
            <w:tcW w:w="5328" w:type="dxa"/>
            <w:vAlign w:val="center"/>
          </w:tcPr>
          <w:p w14:paraId="13B08763" w14:textId="15848A2F" w:rsidR="002D1617" w:rsidRDefault="00A16C7B">
            <w:pPr>
              <w:spacing w:after="20"/>
            </w:pPr>
            <w:r>
              <w:rPr>
                <w:sz w:val="16"/>
                <w:lang w:val="mk-MK"/>
              </w:rPr>
              <w:t>Закупувач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Корисник на лизинг</w:t>
            </w:r>
            <w:r w:rsidR="006D04E1">
              <w:rPr>
                <w:sz w:val="16"/>
              </w:rPr>
              <w:t xml:space="preserve"> (</w:t>
            </w:r>
            <w:r>
              <w:rPr>
                <w:sz w:val="16"/>
                <w:lang w:val="mk-MK"/>
              </w:rPr>
              <w:t>доколку има</w:t>
            </w:r>
            <w:r w:rsidR="006D04E1">
              <w:rPr>
                <w:sz w:val="16"/>
              </w:rPr>
              <w:t>)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76468C32" w14:textId="6A8C38D3" w:rsidR="002D1617" w:rsidRDefault="00754E79">
            <w:pPr>
              <w:spacing w:after="20"/>
            </w:pPr>
            <w:r>
              <w:rPr>
                <w:sz w:val="16"/>
                <w:lang w:val="mk-MK"/>
              </w:rPr>
              <w:t>Повикувачки знак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број на лет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  <w:tr w:rsidR="002D1617" w14:paraId="1B306B5D" w14:textId="77777777">
        <w:trPr>
          <w:jc w:val="center"/>
        </w:trPr>
        <w:tc>
          <w:tcPr>
            <w:tcW w:w="5328" w:type="dxa"/>
            <w:vAlign w:val="center"/>
          </w:tcPr>
          <w:p w14:paraId="61E4069F" w14:textId="67BE84FB" w:rsidR="002D1617" w:rsidRDefault="00A16C7B">
            <w:pPr>
              <w:spacing w:after="20"/>
            </w:pPr>
            <w:r>
              <w:rPr>
                <w:sz w:val="16"/>
                <w:lang w:val="mk-MK"/>
              </w:rPr>
              <w:t xml:space="preserve">Последна точка на заминување 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3DEF382" w14:textId="779480AE" w:rsidR="002D1617" w:rsidRDefault="002D1616">
            <w:pPr>
              <w:spacing w:after="20"/>
            </w:pPr>
            <w:r>
              <w:rPr>
                <w:sz w:val="16"/>
                <w:lang w:val="mk-MK"/>
              </w:rPr>
              <w:t>Планирана дестинација</w:t>
            </w:r>
            <w:r w:rsidR="006D04E1">
              <w:rPr>
                <w:sz w:val="16"/>
              </w:rPr>
              <w:t xml:space="preserve"> / </w:t>
            </w:r>
            <w:r w:rsidR="000906E3">
              <w:rPr>
                <w:sz w:val="16"/>
                <w:lang w:val="mk-MK"/>
              </w:rPr>
              <w:t>планирано слетување на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  <w:tr w:rsidR="002D1617" w14:paraId="664CEC22" w14:textId="77777777">
        <w:trPr>
          <w:jc w:val="center"/>
        </w:trPr>
        <w:tc>
          <w:tcPr>
            <w:tcW w:w="5328" w:type="dxa"/>
            <w:vAlign w:val="center"/>
          </w:tcPr>
          <w:p w14:paraId="2B939DE9" w14:textId="67D117D2" w:rsidR="002D1617" w:rsidRDefault="000906E3">
            <w:pPr>
              <w:spacing w:after="20"/>
            </w:pPr>
            <w:r>
              <w:rPr>
                <w:sz w:val="16"/>
                <w:lang w:val="mk-MK"/>
              </w:rPr>
              <w:t>Тип на операција</w:t>
            </w:r>
            <w:r w:rsidR="006D04E1">
              <w:rPr>
                <w:sz w:val="16"/>
              </w:rPr>
              <w:t xml:space="preserve"> (</w:t>
            </w:r>
            <w:r>
              <w:rPr>
                <w:sz w:val="16"/>
                <w:lang w:val="mk-MK"/>
              </w:rPr>
              <w:t>редовен сообраќај</w:t>
            </w:r>
            <w:r w:rsidR="006D04E1">
              <w:rPr>
                <w:sz w:val="16"/>
              </w:rPr>
              <w:t xml:space="preserve"> /</w:t>
            </w:r>
            <w:r>
              <w:rPr>
                <w:sz w:val="16"/>
                <w:lang w:val="mk-MK"/>
              </w:rPr>
              <w:t xml:space="preserve"> генерална авијација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тренинг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специјализирани операции</w:t>
            </w:r>
            <w:r w:rsidR="006D04E1">
              <w:rPr>
                <w:sz w:val="16"/>
              </w:rPr>
              <w:t xml:space="preserve"> / </w:t>
            </w:r>
            <w:r>
              <w:rPr>
                <w:sz w:val="16"/>
                <w:lang w:val="mk-MK"/>
              </w:rPr>
              <w:t>друго</w:t>
            </w:r>
            <w:r w:rsidR="006D04E1">
              <w:rPr>
                <w:sz w:val="16"/>
              </w:rPr>
              <w:t>)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591DC64A" w14:textId="732F58F4" w:rsidR="002D1617" w:rsidRDefault="000906E3">
            <w:pPr>
              <w:spacing w:after="20"/>
            </w:pPr>
            <w:r>
              <w:rPr>
                <w:sz w:val="16"/>
                <w:lang w:val="mk-MK"/>
              </w:rPr>
              <w:t xml:space="preserve">Максимална маса на полетување </w:t>
            </w:r>
            <w:r w:rsidR="006D04E1">
              <w:rPr>
                <w:sz w:val="16"/>
              </w:rPr>
              <w:t>(</w:t>
            </w:r>
            <w:r>
              <w:rPr>
                <w:sz w:val="16"/>
                <w:lang w:val="mk-MK"/>
              </w:rPr>
              <w:t>доколку знаете</w:t>
            </w:r>
            <w:r w:rsidR="006D04E1">
              <w:rPr>
                <w:sz w:val="16"/>
              </w:rPr>
              <w:t>)</w:t>
            </w:r>
            <w:r>
              <w:rPr>
                <w:sz w:val="16"/>
                <w:lang w:val="mk-MK"/>
              </w:rPr>
              <w:t xml:space="preserve"> во кг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</w:tc>
      </w:tr>
    </w:tbl>
    <w:p w14:paraId="3D41BEC2" w14:textId="77777777" w:rsidR="00743793" w:rsidRDefault="00743793">
      <w:pPr>
        <w:spacing w:before="140" w:after="60"/>
        <w:rPr>
          <w:b/>
          <w:color w:val="1F4E79"/>
          <w:sz w:val="20"/>
        </w:rPr>
      </w:pPr>
    </w:p>
    <w:p w14:paraId="300BB9BB" w14:textId="1920489B" w:rsidR="002D1617" w:rsidRPr="000906E3" w:rsidRDefault="006D04E1">
      <w:pPr>
        <w:spacing w:before="140" w:after="60"/>
        <w:rPr>
          <w:lang w:val="mk-MK"/>
        </w:rPr>
      </w:pPr>
      <w:r>
        <w:rPr>
          <w:b/>
          <w:color w:val="1F4E79"/>
          <w:sz w:val="20"/>
        </w:rPr>
        <w:t xml:space="preserve">4. </w:t>
      </w:r>
      <w:r w:rsidR="000906E3">
        <w:rPr>
          <w:b/>
          <w:color w:val="1F4E79"/>
          <w:sz w:val="20"/>
          <w:lang w:val="mk-MK"/>
        </w:rPr>
        <w:t>ЛИЦА ВО ВОЗДУХОПЛОВОТ И ПОВРЕДИ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:rsidRPr="00621855" w14:paraId="40C929C9" w14:textId="77777777">
        <w:trPr>
          <w:jc w:val="center"/>
        </w:trPr>
        <w:tc>
          <w:tcPr>
            <w:tcW w:w="5328" w:type="dxa"/>
            <w:vAlign w:val="center"/>
          </w:tcPr>
          <w:p w14:paraId="4CE10B8E" w14:textId="68C42CF5" w:rsidR="002D1617" w:rsidRPr="000906E3" w:rsidRDefault="000906E3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Водач на воздухопловот квалификации / лиценца</w:t>
            </w:r>
            <w:r w:rsidR="006D04E1" w:rsidRPr="000906E3">
              <w:rPr>
                <w:sz w:val="16"/>
                <w:lang w:val="mk-MK"/>
              </w:rPr>
              <w:br/>
            </w:r>
            <w:r w:rsidR="006D04E1" w:rsidRPr="000906E3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70853182" w14:textId="775B218C" w:rsidR="002D1617" w:rsidRPr="000906E3" w:rsidRDefault="000906E3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Посада</w:t>
            </w:r>
            <w:r w:rsidR="006D04E1" w:rsidRPr="000906E3">
              <w:rPr>
                <w:sz w:val="16"/>
                <w:lang w:val="mk-MK"/>
              </w:rPr>
              <w:t xml:space="preserve">: </w:t>
            </w:r>
            <w:r>
              <w:rPr>
                <w:sz w:val="16"/>
                <w:lang w:val="mk-MK"/>
              </w:rPr>
              <w:t xml:space="preserve">вкупен број во воздухопловот / </w:t>
            </w:r>
            <w:r w:rsidR="000B2D21">
              <w:rPr>
                <w:sz w:val="16"/>
                <w:lang w:val="mk-MK"/>
              </w:rPr>
              <w:t>настрадани</w:t>
            </w:r>
            <w:r w:rsidR="006D04E1" w:rsidRPr="000906E3">
              <w:rPr>
                <w:sz w:val="16"/>
                <w:lang w:val="mk-MK"/>
              </w:rPr>
              <w:t xml:space="preserve"> / </w:t>
            </w:r>
            <w:r w:rsidR="000B2D21">
              <w:rPr>
                <w:sz w:val="16"/>
                <w:lang w:val="mk-MK"/>
              </w:rPr>
              <w:t>сериозно повредени</w:t>
            </w:r>
            <w:r w:rsidR="006D04E1" w:rsidRPr="000906E3">
              <w:rPr>
                <w:sz w:val="16"/>
                <w:lang w:val="mk-MK"/>
              </w:rPr>
              <w:br/>
            </w:r>
            <w:r w:rsidR="006D04E1" w:rsidRPr="000906E3">
              <w:rPr>
                <w:sz w:val="16"/>
                <w:lang w:val="mk-MK"/>
              </w:rPr>
              <w:br/>
            </w:r>
          </w:p>
        </w:tc>
      </w:tr>
      <w:tr w:rsidR="002D1617" w:rsidRPr="00621855" w14:paraId="4CFC4699" w14:textId="77777777">
        <w:trPr>
          <w:jc w:val="center"/>
        </w:trPr>
        <w:tc>
          <w:tcPr>
            <w:tcW w:w="5328" w:type="dxa"/>
            <w:vAlign w:val="center"/>
          </w:tcPr>
          <w:p w14:paraId="0054CAAE" w14:textId="48309CD6" w:rsidR="002D1617" w:rsidRPr="000B2D21" w:rsidRDefault="000B2D2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Патници</w:t>
            </w:r>
            <w:r w:rsidR="006D04E1" w:rsidRPr="000B2D21">
              <w:rPr>
                <w:sz w:val="16"/>
                <w:lang w:val="mk-MK"/>
              </w:rPr>
              <w:t xml:space="preserve">: </w:t>
            </w:r>
            <w:r>
              <w:rPr>
                <w:sz w:val="16"/>
                <w:lang w:val="mk-MK"/>
              </w:rPr>
              <w:t>вкупен број во воздухопловот / настрадани</w:t>
            </w:r>
            <w:r w:rsidRPr="000906E3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сериозно повредени</w:t>
            </w:r>
            <w:r w:rsidR="006D04E1" w:rsidRPr="000B2D21">
              <w:rPr>
                <w:sz w:val="16"/>
                <w:lang w:val="mk-MK"/>
              </w:rPr>
              <w:br/>
            </w:r>
            <w:r w:rsidR="006D04E1" w:rsidRPr="000B2D21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4FF033B3" w14:textId="22886B8A" w:rsidR="002D1617" w:rsidRPr="000B2D21" w:rsidRDefault="000B2D2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Други лица</w:t>
            </w:r>
            <w:r w:rsidR="006D04E1" w:rsidRPr="000B2D21">
              <w:rPr>
                <w:sz w:val="16"/>
                <w:lang w:val="mk-MK"/>
              </w:rPr>
              <w:t xml:space="preserve">: </w:t>
            </w:r>
            <w:r>
              <w:rPr>
                <w:sz w:val="16"/>
                <w:lang w:val="mk-MK"/>
              </w:rPr>
              <w:t xml:space="preserve"> настрадани</w:t>
            </w:r>
            <w:r w:rsidRPr="000906E3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сериозно повредени</w:t>
            </w:r>
            <w:r w:rsidRPr="000906E3">
              <w:rPr>
                <w:sz w:val="16"/>
                <w:lang w:val="mk-MK"/>
              </w:rPr>
              <w:br/>
            </w:r>
            <w:r w:rsidR="006D04E1" w:rsidRPr="000B2D21">
              <w:rPr>
                <w:sz w:val="16"/>
                <w:lang w:val="mk-MK"/>
              </w:rPr>
              <w:br/>
            </w:r>
            <w:r w:rsidR="006D04E1" w:rsidRPr="000B2D21">
              <w:rPr>
                <w:sz w:val="16"/>
                <w:lang w:val="mk-MK"/>
              </w:rPr>
              <w:br/>
            </w:r>
          </w:p>
        </w:tc>
      </w:tr>
      <w:tr w:rsidR="002D1617" w:rsidRPr="00621855" w14:paraId="74EF6CA2" w14:textId="77777777">
        <w:trPr>
          <w:jc w:val="center"/>
        </w:trPr>
        <w:tc>
          <w:tcPr>
            <w:tcW w:w="5328" w:type="dxa"/>
            <w:vAlign w:val="center"/>
          </w:tcPr>
          <w:p w14:paraId="052D4B61" w14:textId="5F05498D" w:rsidR="002D1617" w:rsidRPr="000B2D21" w:rsidRDefault="000B2D2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Националност на посадата</w:t>
            </w:r>
            <w:r w:rsidR="006D04E1" w:rsidRPr="000B2D21">
              <w:rPr>
                <w:sz w:val="16"/>
                <w:lang w:val="mk-MK"/>
              </w:rPr>
              <w:t xml:space="preserve"> (</w:t>
            </w:r>
            <w:r>
              <w:rPr>
                <w:sz w:val="16"/>
                <w:lang w:val="mk-MK"/>
              </w:rPr>
              <w:t>доколку знаете</w:t>
            </w:r>
            <w:r w:rsidR="006D04E1" w:rsidRPr="000B2D21">
              <w:rPr>
                <w:sz w:val="16"/>
                <w:lang w:val="mk-MK"/>
              </w:rPr>
              <w:t>)</w:t>
            </w:r>
            <w:r w:rsidR="006D04E1" w:rsidRPr="000B2D21">
              <w:rPr>
                <w:sz w:val="16"/>
                <w:lang w:val="mk-MK"/>
              </w:rPr>
              <w:br/>
            </w:r>
            <w:r w:rsidR="006D04E1" w:rsidRPr="000B2D21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35B17C04" w14:textId="104B8F6F" w:rsidR="002D1617" w:rsidRPr="000B2D21" w:rsidRDefault="000B2D2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Националност на патниците</w:t>
            </w:r>
            <w:r w:rsidR="006D04E1" w:rsidRPr="000B2D21">
              <w:rPr>
                <w:sz w:val="16"/>
                <w:lang w:val="mk-MK"/>
              </w:rPr>
              <w:t xml:space="preserve"> (</w:t>
            </w:r>
            <w:r>
              <w:rPr>
                <w:sz w:val="16"/>
                <w:lang w:val="mk-MK"/>
              </w:rPr>
              <w:t>доколку знаете</w:t>
            </w:r>
            <w:r w:rsidR="006D04E1" w:rsidRPr="000B2D21">
              <w:rPr>
                <w:sz w:val="16"/>
                <w:lang w:val="mk-MK"/>
              </w:rPr>
              <w:t>)</w:t>
            </w:r>
            <w:r w:rsidR="006D04E1" w:rsidRPr="000B2D21">
              <w:rPr>
                <w:sz w:val="16"/>
                <w:lang w:val="mk-MK"/>
              </w:rPr>
              <w:br/>
            </w:r>
            <w:r w:rsidR="006D04E1" w:rsidRPr="000B2D21">
              <w:rPr>
                <w:sz w:val="16"/>
                <w:lang w:val="mk-MK"/>
              </w:rPr>
              <w:br/>
            </w:r>
          </w:p>
        </w:tc>
      </w:tr>
      <w:tr w:rsidR="002D1617" w:rsidRPr="00621855" w14:paraId="73E72D72" w14:textId="77777777">
        <w:trPr>
          <w:jc w:val="center"/>
        </w:trPr>
        <w:tc>
          <w:tcPr>
            <w:tcW w:w="5328" w:type="dxa"/>
            <w:vAlign w:val="center"/>
          </w:tcPr>
          <w:p w14:paraId="2027721F" w14:textId="345CF1AC" w:rsidR="002D1617" w:rsidRPr="000B2D21" w:rsidRDefault="000B2D2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Вкупен број на лица во воздухопловот</w:t>
            </w:r>
            <w:r w:rsidRPr="000B2D21">
              <w:rPr>
                <w:sz w:val="16"/>
                <w:lang w:val="mk-MK"/>
              </w:rPr>
              <w:t>:</w:t>
            </w:r>
            <w:r w:rsidR="006D04E1" w:rsidRPr="000B2D21">
              <w:rPr>
                <w:sz w:val="16"/>
                <w:lang w:val="mk-MK"/>
              </w:rPr>
              <w:br/>
            </w:r>
            <w:r w:rsidR="006D04E1" w:rsidRPr="000B2D21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2451DF10" w14:textId="1D405DD3" w:rsidR="002D1617" w:rsidRPr="000B2D21" w:rsidRDefault="000B2D21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Спасувачка операција</w:t>
            </w:r>
            <w:r w:rsidR="006D04E1" w:rsidRPr="000B2D21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Медицинска помош и моментален статус</w:t>
            </w:r>
            <w:r w:rsidRPr="000B2D21">
              <w:rPr>
                <w:sz w:val="16"/>
                <w:lang w:val="mk-MK"/>
              </w:rPr>
              <w:t>:</w:t>
            </w:r>
            <w:r w:rsidR="006D04E1" w:rsidRPr="000B2D21">
              <w:rPr>
                <w:sz w:val="16"/>
                <w:lang w:val="mk-MK"/>
              </w:rPr>
              <w:br/>
            </w:r>
            <w:r w:rsidR="006D04E1" w:rsidRPr="000B2D21">
              <w:rPr>
                <w:sz w:val="16"/>
                <w:lang w:val="mk-MK"/>
              </w:rPr>
              <w:br/>
            </w:r>
          </w:p>
        </w:tc>
      </w:tr>
    </w:tbl>
    <w:p w14:paraId="5094466D" w14:textId="77777777" w:rsidR="00743793" w:rsidRPr="000B2D21" w:rsidRDefault="00743793">
      <w:pPr>
        <w:spacing w:before="140" w:after="60"/>
        <w:rPr>
          <w:b/>
          <w:color w:val="1F4E79"/>
          <w:sz w:val="20"/>
          <w:lang w:val="mk-MK"/>
        </w:rPr>
      </w:pPr>
    </w:p>
    <w:p w14:paraId="06C756F1" w14:textId="19B66141" w:rsidR="002D1617" w:rsidRPr="00996D42" w:rsidRDefault="006D04E1">
      <w:pPr>
        <w:spacing w:before="140" w:after="60"/>
        <w:rPr>
          <w:lang w:val="mk-MK"/>
        </w:rPr>
      </w:pPr>
      <w:r w:rsidRPr="00996D42">
        <w:rPr>
          <w:b/>
          <w:color w:val="1F4E79"/>
          <w:sz w:val="20"/>
          <w:lang w:val="mk-MK"/>
        </w:rPr>
        <w:t xml:space="preserve">5. </w:t>
      </w:r>
      <w:r w:rsidR="008764DA">
        <w:rPr>
          <w:b/>
          <w:color w:val="1F4E79"/>
          <w:sz w:val="20"/>
          <w:lang w:val="mk-MK"/>
        </w:rPr>
        <w:t>ОПИС НА НАСТАНОТ</w:t>
      </w:r>
      <w:r w:rsidRPr="00996D42">
        <w:rPr>
          <w:b/>
          <w:color w:val="1F4E79"/>
          <w:sz w:val="20"/>
          <w:lang w:val="mk-MK"/>
        </w:rPr>
        <w:t xml:space="preserve">, </w:t>
      </w:r>
      <w:r w:rsidR="008764DA">
        <w:rPr>
          <w:b/>
          <w:color w:val="1F4E79"/>
          <w:sz w:val="20"/>
          <w:lang w:val="mk-MK"/>
        </w:rPr>
        <w:t xml:space="preserve">ШТЕТА И </w:t>
      </w:r>
      <w:r w:rsidR="00996D42">
        <w:rPr>
          <w:b/>
          <w:color w:val="1F4E79"/>
          <w:sz w:val="20"/>
          <w:lang w:val="mk-MK"/>
        </w:rPr>
        <w:t>МОЖНИ ОПАСНОСТИ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46"/>
      </w:tblGrid>
      <w:tr w:rsidR="002D1617" w:rsidRPr="00621855" w14:paraId="640F3759" w14:textId="77777777">
        <w:trPr>
          <w:jc w:val="center"/>
        </w:trPr>
        <w:tc>
          <w:tcPr>
            <w:tcW w:w="10656" w:type="dxa"/>
            <w:vAlign w:val="center"/>
          </w:tcPr>
          <w:p w14:paraId="3FD7B45B" w14:textId="5A731BC3" w:rsidR="002D1617" w:rsidRPr="007E1A1E" w:rsidRDefault="00996D42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 xml:space="preserve">Краток опис </w:t>
            </w:r>
            <w:r w:rsidR="00814D46">
              <w:rPr>
                <w:sz w:val="16"/>
                <w:lang w:val="mk-MK"/>
              </w:rPr>
              <w:t xml:space="preserve">и секвенци на настанот (ве молиме вметнете и временски услови и </w:t>
            </w:r>
            <w:r w:rsidR="007E1A1E">
              <w:rPr>
                <w:sz w:val="16"/>
                <w:lang w:val="mk-MK"/>
              </w:rPr>
              <w:t>видливост доколку е познато)</w:t>
            </w:r>
            <w:r w:rsidR="006D04E1" w:rsidRPr="007E1A1E">
              <w:rPr>
                <w:sz w:val="16"/>
                <w:lang w:val="mk-MK"/>
              </w:rPr>
              <w:br/>
            </w:r>
            <w:r w:rsidR="006D04E1" w:rsidRPr="007E1A1E">
              <w:rPr>
                <w:sz w:val="16"/>
                <w:lang w:val="mk-MK"/>
              </w:rPr>
              <w:br/>
            </w:r>
          </w:p>
          <w:p w14:paraId="0BC7A824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1D1E6FA2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1DC69B4C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2F8D29A7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39B8CF5C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18F55BC5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5FD414FD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43DF4AE2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46CA6741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2845B2BB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65E80029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0E9D7BF4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506681D8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3D380D40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6DCEF80F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3C1BDC06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60457415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3BA3855B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2B998D68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76D861BC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03468EE0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7491CBE4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1A967EE5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772C43CF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3FD6042B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67D2FF79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1BB57D1C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  <w:p w14:paraId="76B56974" w14:textId="77777777" w:rsidR="00DA112D" w:rsidRDefault="00DA112D">
            <w:pPr>
              <w:spacing w:after="20"/>
              <w:rPr>
                <w:lang w:val="mk-MK"/>
              </w:rPr>
            </w:pPr>
          </w:p>
          <w:p w14:paraId="1EBD93E7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48D6D3A9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5CC9944D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2AD8A183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76AFCD34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745227C6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62D92B82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4C37791C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0BC6F7CF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624AB845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05801874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368982EF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0A125EA8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32EE6423" w14:textId="77777777" w:rsidR="00CF6B5E" w:rsidRDefault="00CF6B5E">
            <w:pPr>
              <w:spacing w:after="20"/>
              <w:rPr>
                <w:lang w:val="mk-MK"/>
              </w:rPr>
            </w:pPr>
          </w:p>
          <w:p w14:paraId="39C3CF91" w14:textId="77777777" w:rsidR="00CF6B5E" w:rsidRPr="007E1A1E" w:rsidRDefault="00CF6B5E">
            <w:pPr>
              <w:spacing w:after="20"/>
              <w:rPr>
                <w:lang w:val="mk-MK"/>
              </w:rPr>
            </w:pPr>
          </w:p>
          <w:p w14:paraId="285F1E04" w14:textId="77777777" w:rsidR="00DA112D" w:rsidRPr="007E1A1E" w:rsidRDefault="00DA112D">
            <w:pPr>
              <w:spacing w:after="20"/>
              <w:rPr>
                <w:lang w:val="mk-MK"/>
              </w:rPr>
            </w:pPr>
          </w:p>
        </w:tc>
      </w:tr>
      <w:tr w:rsidR="002D1617" w:rsidRPr="00621855" w14:paraId="2E29A74B" w14:textId="77777777">
        <w:trPr>
          <w:jc w:val="center"/>
        </w:trPr>
        <w:tc>
          <w:tcPr>
            <w:tcW w:w="10656" w:type="dxa"/>
            <w:vAlign w:val="center"/>
          </w:tcPr>
          <w:p w14:paraId="36CB3E81" w14:textId="3B2624FE" w:rsidR="002D1617" w:rsidRPr="00943851" w:rsidRDefault="007E1A1E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lastRenderedPageBreak/>
              <w:t>Штета на воздухопловот</w:t>
            </w:r>
            <w:r w:rsidR="006D04E1" w:rsidRPr="00943851">
              <w:rPr>
                <w:sz w:val="16"/>
                <w:lang w:val="mk-MK"/>
              </w:rPr>
              <w:t xml:space="preserve"> (</w:t>
            </w:r>
            <w:r>
              <w:rPr>
                <w:sz w:val="16"/>
                <w:lang w:val="mk-MK"/>
              </w:rPr>
              <w:t>нема</w:t>
            </w:r>
            <w:r w:rsidR="006D04E1" w:rsidRPr="00943851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мала</w:t>
            </w:r>
            <w:r w:rsidR="006D04E1" w:rsidRPr="00943851">
              <w:rPr>
                <w:sz w:val="16"/>
                <w:lang w:val="mk-MK"/>
              </w:rPr>
              <w:t xml:space="preserve"> / </w:t>
            </w:r>
            <w:r w:rsidR="00943851">
              <w:rPr>
                <w:sz w:val="16"/>
                <w:lang w:val="mk-MK"/>
              </w:rPr>
              <w:t>голема штета</w:t>
            </w:r>
            <w:r w:rsidR="006D04E1" w:rsidRPr="00943851">
              <w:rPr>
                <w:sz w:val="16"/>
                <w:lang w:val="mk-MK"/>
              </w:rPr>
              <w:t xml:space="preserve"> / </w:t>
            </w:r>
            <w:r w:rsidR="00943851">
              <w:rPr>
                <w:sz w:val="16"/>
                <w:lang w:val="mk-MK"/>
              </w:rPr>
              <w:t>уништен</w:t>
            </w:r>
            <w:r w:rsidR="006D04E1" w:rsidRPr="00943851">
              <w:rPr>
                <w:sz w:val="16"/>
                <w:lang w:val="mk-MK"/>
              </w:rPr>
              <w:t xml:space="preserve"> / </w:t>
            </w:r>
            <w:r w:rsidR="00943851">
              <w:rPr>
                <w:sz w:val="16"/>
                <w:lang w:val="mk-MK"/>
              </w:rPr>
              <w:t>не е познато</w:t>
            </w:r>
            <w:r w:rsidR="006D04E1" w:rsidRPr="00943851">
              <w:rPr>
                <w:sz w:val="16"/>
                <w:lang w:val="mk-MK"/>
              </w:rPr>
              <w:t xml:space="preserve">) </w:t>
            </w:r>
            <w:r w:rsidR="00943851">
              <w:rPr>
                <w:sz w:val="16"/>
                <w:lang w:val="mk-MK"/>
              </w:rPr>
              <w:t>и</w:t>
            </w:r>
            <w:r w:rsidR="006D04E1" w:rsidRPr="00943851">
              <w:rPr>
                <w:sz w:val="16"/>
                <w:lang w:val="mk-MK"/>
              </w:rPr>
              <w:t xml:space="preserve"> </w:t>
            </w:r>
            <w:r w:rsidR="004A56A3">
              <w:rPr>
                <w:sz w:val="16"/>
                <w:lang w:val="mk-MK"/>
              </w:rPr>
              <w:t>обем на штата</w:t>
            </w:r>
            <w:r w:rsidR="006D04E1" w:rsidRPr="00943851">
              <w:rPr>
                <w:sz w:val="16"/>
                <w:lang w:val="mk-MK"/>
              </w:rPr>
              <w:br/>
            </w:r>
            <w:r w:rsidR="006D04E1" w:rsidRPr="00943851">
              <w:rPr>
                <w:sz w:val="16"/>
                <w:lang w:val="mk-MK"/>
              </w:rPr>
              <w:br/>
            </w:r>
          </w:p>
        </w:tc>
      </w:tr>
      <w:tr w:rsidR="002D1617" w:rsidRPr="00621855" w14:paraId="1A0C47C7" w14:textId="77777777">
        <w:trPr>
          <w:jc w:val="center"/>
        </w:trPr>
        <w:tc>
          <w:tcPr>
            <w:tcW w:w="10656" w:type="dxa"/>
            <w:vAlign w:val="center"/>
          </w:tcPr>
          <w:p w14:paraId="0F03A637" w14:textId="374A9E1D" w:rsidR="002D1617" w:rsidRPr="00847A61" w:rsidRDefault="004A56A3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Штета на трети лица</w:t>
            </w:r>
            <w:r w:rsidR="006D04E1" w:rsidRPr="00847A61">
              <w:rPr>
                <w:sz w:val="16"/>
                <w:lang w:val="mk-MK"/>
              </w:rPr>
              <w:t xml:space="preserve"> / </w:t>
            </w:r>
            <w:r w:rsidR="00847A61">
              <w:rPr>
                <w:sz w:val="16"/>
                <w:lang w:val="mk-MK"/>
              </w:rPr>
              <w:t>штета од ударот во земја</w:t>
            </w:r>
            <w:r w:rsidR="006D04E1" w:rsidRPr="00847A61">
              <w:rPr>
                <w:sz w:val="16"/>
                <w:lang w:val="mk-MK"/>
              </w:rPr>
              <w:t xml:space="preserve"> / </w:t>
            </w:r>
            <w:r w:rsidR="00847A61">
              <w:rPr>
                <w:sz w:val="16"/>
                <w:lang w:val="mk-MK"/>
              </w:rPr>
              <w:t xml:space="preserve">импакт на </w:t>
            </w:r>
            <w:r w:rsidR="0005793D">
              <w:rPr>
                <w:sz w:val="16"/>
                <w:lang w:val="mk-MK"/>
              </w:rPr>
              <w:t>животната средина</w:t>
            </w:r>
            <w:r w:rsidR="006D04E1" w:rsidRPr="00847A61">
              <w:rPr>
                <w:sz w:val="16"/>
                <w:lang w:val="mk-MK"/>
              </w:rPr>
              <w:br/>
            </w:r>
            <w:r w:rsidR="006D04E1" w:rsidRPr="00847A61">
              <w:rPr>
                <w:sz w:val="16"/>
                <w:lang w:val="mk-MK"/>
              </w:rPr>
              <w:br/>
            </w:r>
          </w:p>
        </w:tc>
      </w:tr>
      <w:tr w:rsidR="002D1617" w:rsidRPr="00621855" w14:paraId="461EAA9A" w14:textId="77777777">
        <w:trPr>
          <w:jc w:val="center"/>
        </w:trPr>
        <w:tc>
          <w:tcPr>
            <w:tcW w:w="10656" w:type="dxa"/>
            <w:vAlign w:val="center"/>
          </w:tcPr>
          <w:p w14:paraId="642A4ED2" w14:textId="7E296F00" w:rsidR="002D1617" w:rsidRPr="0005793D" w:rsidRDefault="0005793D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Познати Опасни материи</w:t>
            </w:r>
            <w:r w:rsidR="006D04E1" w:rsidRPr="0005793D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Опасни материи во воздухопловот</w:t>
            </w:r>
            <w:r w:rsidR="006D04E1" w:rsidRPr="0005793D">
              <w:rPr>
                <w:sz w:val="16"/>
                <w:lang w:val="mk-MK"/>
              </w:rPr>
              <w:t xml:space="preserve"> (</w:t>
            </w:r>
            <w:r>
              <w:rPr>
                <w:sz w:val="16"/>
                <w:lang w:val="mk-MK"/>
              </w:rPr>
              <w:t>тип</w:t>
            </w:r>
            <w:r w:rsidR="006D04E1" w:rsidRPr="0005793D">
              <w:rPr>
                <w:sz w:val="16"/>
                <w:lang w:val="mk-MK"/>
              </w:rPr>
              <w:t xml:space="preserve">, </w:t>
            </w:r>
            <w:r>
              <w:rPr>
                <w:sz w:val="16"/>
                <w:lang w:val="mk-MK"/>
              </w:rPr>
              <w:t>количина</w:t>
            </w:r>
            <w:r w:rsidR="006D04E1" w:rsidRPr="0005793D">
              <w:rPr>
                <w:sz w:val="16"/>
                <w:lang w:val="mk-MK"/>
              </w:rPr>
              <w:t xml:space="preserve">, </w:t>
            </w:r>
            <w:r>
              <w:rPr>
                <w:sz w:val="16"/>
                <w:lang w:val="mk-MK"/>
              </w:rPr>
              <w:t>локација</w:t>
            </w:r>
            <w:r w:rsidR="006D04E1" w:rsidRPr="0005793D">
              <w:rPr>
                <w:sz w:val="16"/>
                <w:lang w:val="mk-MK"/>
              </w:rPr>
              <w:t>)</w:t>
            </w:r>
            <w:r w:rsidR="006D04E1" w:rsidRPr="0005793D">
              <w:rPr>
                <w:sz w:val="16"/>
                <w:lang w:val="mk-MK"/>
              </w:rPr>
              <w:br/>
            </w:r>
            <w:r w:rsidR="006D04E1" w:rsidRPr="0005793D">
              <w:rPr>
                <w:sz w:val="16"/>
                <w:lang w:val="mk-MK"/>
              </w:rPr>
              <w:br/>
            </w:r>
          </w:p>
        </w:tc>
      </w:tr>
      <w:tr w:rsidR="002D1617" w:rsidRPr="00621855" w14:paraId="52B9922D" w14:textId="77777777">
        <w:trPr>
          <w:jc w:val="center"/>
        </w:trPr>
        <w:tc>
          <w:tcPr>
            <w:tcW w:w="10656" w:type="dxa"/>
            <w:vAlign w:val="center"/>
          </w:tcPr>
          <w:p w14:paraId="2183A765" w14:textId="11765FA8" w:rsidR="002D1617" w:rsidRPr="0005793D" w:rsidRDefault="0005793D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Пожар</w:t>
            </w:r>
            <w:r w:rsidR="006D04E1" w:rsidRPr="0005793D">
              <w:rPr>
                <w:sz w:val="16"/>
                <w:lang w:val="mk-MK"/>
              </w:rPr>
              <w:t xml:space="preserve">, </w:t>
            </w:r>
            <w:r>
              <w:rPr>
                <w:sz w:val="16"/>
                <w:lang w:val="mk-MK"/>
              </w:rPr>
              <w:t>протекување на гориво</w:t>
            </w:r>
            <w:r w:rsidR="006D04E1" w:rsidRPr="0005793D">
              <w:rPr>
                <w:sz w:val="16"/>
                <w:lang w:val="mk-MK"/>
              </w:rPr>
              <w:t xml:space="preserve">, </w:t>
            </w:r>
            <w:r>
              <w:rPr>
                <w:sz w:val="16"/>
                <w:lang w:val="mk-MK"/>
              </w:rPr>
              <w:t>опасности</w:t>
            </w:r>
            <w:r w:rsidR="006D04E1" w:rsidRPr="0005793D">
              <w:rPr>
                <w:sz w:val="16"/>
                <w:lang w:val="mk-MK"/>
              </w:rPr>
              <w:t xml:space="preserve">, </w:t>
            </w:r>
            <w:r>
              <w:rPr>
                <w:sz w:val="16"/>
                <w:lang w:val="mk-MK"/>
              </w:rPr>
              <w:t>батерии</w:t>
            </w:r>
            <w:r w:rsidR="006D04E1" w:rsidRPr="0005793D">
              <w:rPr>
                <w:sz w:val="16"/>
                <w:lang w:val="mk-MK"/>
              </w:rPr>
              <w:t xml:space="preserve"> / </w:t>
            </w:r>
            <w:r w:rsidR="00896AAB">
              <w:rPr>
                <w:sz w:val="16"/>
                <w:lang w:val="mk-MK"/>
              </w:rPr>
              <w:t>опасности од товарот или други можни ризици</w:t>
            </w:r>
            <w:r w:rsidR="006D04E1" w:rsidRPr="0005793D">
              <w:rPr>
                <w:sz w:val="16"/>
                <w:lang w:val="mk-MK"/>
              </w:rPr>
              <w:br/>
            </w:r>
            <w:r w:rsidR="006D04E1" w:rsidRPr="0005793D">
              <w:rPr>
                <w:sz w:val="16"/>
                <w:lang w:val="mk-MK"/>
              </w:rPr>
              <w:br/>
            </w:r>
          </w:p>
        </w:tc>
      </w:tr>
      <w:tr w:rsidR="002D1617" w:rsidRPr="00621855" w14:paraId="3C5C9BD1" w14:textId="77777777">
        <w:trPr>
          <w:jc w:val="center"/>
        </w:trPr>
        <w:tc>
          <w:tcPr>
            <w:tcW w:w="10656" w:type="dxa"/>
            <w:vAlign w:val="center"/>
          </w:tcPr>
          <w:p w14:paraId="3429A2F0" w14:textId="27EE1A0A" w:rsidR="002D1617" w:rsidRPr="0075410C" w:rsidRDefault="00896AAB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Остатоци</w:t>
            </w:r>
            <w:r w:rsidR="006D04E1" w:rsidRPr="0075410C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Обезбедување на местото</w:t>
            </w:r>
            <w:r w:rsidR="006D04E1" w:rsidRPr="0075410C">
              <w:rPr>
                <w:sz w:val="16"/>
                <w:lang w:val="mk-MK"/>
              </w:rPr>
              <w:t>,</w:t>
            </w:r>
            <w:r w:rsidR="0075410C">
              <w:rPr>
                <w:sz w:val="16"/>
                <w:lang w:val="mk-MK"/>
              </w:rPr>
              <w:t xml:space="preserve"> контролиран пристап и мерки за зачувување на доказниот материјал</w:t>
            </w:r>
            <w:r w:rsidR="006D04E1" w:rsidRPr="0075410C">
              <w:rPr>
                <w:sz w:val="16"/>
                <w:lang w:val="mk-MK"/>
              </w:rPr>
              <w:br/>
            </w:r>
            <w:r w:rsidR="006D04E1" w:rsidRPr="0075410C">
              <w:rPr>
                <w:sz w:val="16"/>
                <w:lang w:val="mk-MK"/>
              </w:rPr>
              <w:br/>
            </w:r>
          </w:p>
        </w:tc>
      </w:tr>
    </w:tbl>
    <w:p w14:paraId="43274782" w14:textId="77777777" w:rsidR="00743793" w:rsidRPr="0075410C" w:rsidRDefault="00743793">
      <w:pPr>
        <w:spacing w:before="140" w:after="60"/>
        <w:rPr>
          <w:b/>
          <w:color w:val="1F4E79"/>
          <w:sz w:val="20"/>
          <w:lang w:val="mk-MK"/>
        </w:rPr>
      </w:pPr>
    </w:p>
    <w:p w14:paraId="3C47D71D" w14:textId="07CB3C1B" w:rsidR="002D1617" w:rsidRPr="00656907" w:rsidRDefault="009C713F">
      <w:pPr>
        <w:spacing w:before="140" w:after="60"/>
        <w:rPr>
          <w:lang w:val="mk-MK"/>
        </w:rPr>
      </w:pPr>
      <w:r w:rsidRPr="00CF6B5E">
        <w:rPr>
          <w:b/>
          <w:color w:val="1F4E79"/>
          <w:sz w:val="20"/>
          <w:lang w:val="mk-MK"/>
        </w:rPr>
        <w:t>6</w:t>
      </w:r>
      <w:r w:rsidR="006D04E1" w:rsidRPr="00CF6B5E">
        <w:rPr>
          <w:b/>
          <w:color w:val="1F4E79"/>
          <w:sz w:val="20"/>
          <w:lang w:val="mk-MK"/>
        </w:rPr>
        <w:t xml:space="preserve">. </w:t>
      </w:r>
      <w:r w:rsidR="00656907">
        <w:rPr>
          <w:b/>
          <w:color w:val="1F4E79"/>
          <w:sz w:val="20"/>
          <w:lang w:val="mk-MK"/>
        </w:rPr>
        <w:t xml:space="preserve">ИЗЈАВА НА ИЗВЕСТУВАЧОТ И </w:t>
      </w:r>
      <w:r w:rsidR="00CF6B5E">
        <w:rPr>
          <w:b/>
          <w:color w:val="1F4E79"/>
          <w:sz w:val="20"/>
          <w:lang w:val="mk-MK"/>
        </w:rPr>
        <w:t>ДОДАТНИ ИНФОРМАЦИИ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:rsidRPr="00621855" w14:paraId="63D93C5C" w14:textId="77777777">
        <w:trPr>
          <w:jc w:val="center"/>
        </w:trPr>
        <w:tc>
          <w:tcPr>
            <w:tcW w:w="5328" w:type="dxa"/>
            <w:vAlign w:val="center"/>
          </w:tcPr>
          <w:p w14:paraId="2B145219" w14:textId="5B3F7F40" w:rsidR="002D1617" w:rsidRPr="00CF6B5E" w:rsidRDefault="00CF6B5E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 xml:space="preserve">Име, Презиме, позиција на известувачот </w:t>
            </w:r>
            <w:r w:rsidR="006D04E1" w:rsidRPr="00CF6B5E">
              <w:rPr>
                <w:sz w:val="16"/>
                <w:lang w:val="mk-MK"/>
              </w:rPr>
              <w:br/>
            </w:r>
            <w:r w:rsidR="006D04E1" w:rsidRPr="00CF6B5E">
              <w:rPr>
                <w:sz w:val="16"/>
                <w:lang w:val="mk-MK"/>
              </w:rPr>
              <w:br/>
            </w:r>
          </w:p>
        </w:tc>
        <w:tc>
          <w:tcPr>
            <w:tcW w:w="5328" w:type="dxa"/>
            <w:vAlign w:val="center"/>
          </w:tcPr>
          <w:p w14:paraId="459E4566" w14:textId="237C0DC4" w:rsidR="002D1617" w:rsidRPr="00CF6B5E" w:rsidRDefault="00CF6B5E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Дата</w:t>
            </w:r>
            <w:r w:rsidR="006D04E1" w:rsidRPr="00CF6B5E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време на испраќање</w:t>
            </w:r>
            <w:r w:rsidR="006D04E1" w:rsidRPr="00CF6B5E">
              <w:rPr>
                <w:sz w:val="16"/>
                <w:lang w:val="mk-MK"/>
              </w:rPr>
              <w:t xml:space="preserve"> (UTC)</w:t>
            </w:r>
            <w:r w:rsidR="00910540" w:rsidRPr="00CF6B5E">
              <w:rPr>
                <w:sz w:val="16"/>
                <w:lang w:val="mk-MK"/>
              </w:rPr>
              <w:t xml:space="preserve"> </w:t>
            </w:r>
            <w:r>
              <w:rPr>
                <w:sz w:val="16"/>
                <w:lang w:val="mk-MK"/>
              </w:rPr>
              <w:t>и локално време</w:t>
            </w:r>
            <w:r w:rsidR="006D04E1" w:rsidRPr="00CF6B5E">
              <w:rPr>
                <w:sz w:val="16"/>
                <w:lang w:val="mk-MK"/>
              </w:rPr>
              <w:br/>
            </w:r>
            <w:r w:rsidR="006D04E1" w:rsidRPr="00CF6B5E">
              <w:rPr>
                <w:sz w:val="16"/>
                <w:lang w:val="mk-MK"/>
              </w:rPr>
              <w:br/>
            </w:r>
          </w:p>
        </w:tc>
      </w:tr>
      <w:tr w:rsidR="002D1617" w:rsidRPr="00621855" w14:paraId="70648DFC" w14:textId="77777777">
        <w:trPr>
          <w:jc w:val="center"/>
        </w:trPr>
        <w:tc>
          <w:tcPr>
            <w:tcW w:w="5328" w:type="dxa"/>
            <w:vAlign w:val="center"/>
          </w:tcPr>
          <w:p w14:paraId="3BA3B493" w14:textId="77777777" w:rsidR="002D1617" w:rsidRDefault="00CF6B5E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Своерачен потпис</w:t>
            </w:r>
            <w:r w:rsidR="006D04E1">
              <w:rPr>
                <w:sz w:val="16"/>
              </w:rPr>
              <w:br/>
            </w:r>
            <w:r w:rsidR="006D04E1">
              <w:rPr>
                <w:sz w:val="16"/>
              </w:rPr>
              <w:br/>
            </w:r>
          </w:p>
          <w:p w14:paraId="1FED7B40" w14:textId="04CCCF06" w:rsidR="00CF6B5E" w:rsidRPr="00CF6B5E" w:rsidRDefault="00CF6B5E">
            <w:pPr>
              <w:spacing w:after="20"/>
              <w:rPr>
                <w:lang w:val="mk-MK"/>
              </w:rPr>
            </w:pPr>
          </w:p>
        </w:tc>
        <w:tc>
          <w:tcPr>
            <w:tcW w:w="5328" w:type="dxa"/>
            <w:vAlign w:val="center"/>
          </w:tcPr>
          <w:p w14:paraId="749E1A51" w14:textId="1369DC96" w:rsidR="002D1617" w:rsidRPr="00CF6B5E" w:rsidRDefault="00CF6B5E">
            <w:pPr>
              <w:spacing w:after="20"/>
              <w:rPr>
                <w:lang w:val="mk-MK"/>
              </w:rPr>
            </w:pPr>
            <w:r>
              <w:rPr>
                <w:sz w:val="16"/>
                <w:lang w:val="mk-MK"/>
              </w:rPr>
              <w:t>Додатни информации</w:t>
            </w:r>
            <w:r w:rsidR="006D04E1" w:rsidRPr="00CF6B5E">
              <w:rPr>
                <w:sz w:val="16"/>
                <w:lang w:val="mk-MK"/>
              </w:rPr>
              <w:t xml:space="preserve"> / </w:t>
            </w:r>
            <w:r>
              <w:rPr>
                <w:sz w:val="16"/>
                <w:lang w:val="mk-MK"/>
              </w:rPr>
              <w:t>Контакт за дополнителни информации</w:t>
            </w:r>
            <w:r w:rsidR="006D04E1" w:rsidRPr="00CF6B5E">
              <w:rPr>
                <w:sz w:val="16"/>
                <w:lang w:val="mk-MK"/>
              </w:rPr>
              <w:t xml:space="preserve"> /</w:t>
            </w:r>
            <w:r>
              <w:rPr>
                <w:sz w:val="16"/>
                <w:lang w:val="mk-MK"/>
              </w:rPr>
              <w:t xml:space="preserve"> време на доставување на дополнителни информации</w:t>
            </w:r>
            <w:r w:rsidR="006D04E1" w:rsidRPr="00CF6B5E">
              <w:rPr>
                <w:sz w:val="16"/>
                <w:lang w:val="mk-MK"/>
              </w:rPr>
              <w:br/>
            </w:r>
            <w:r w:rsidR="006D04E1" w:rsidRPr="00CF6B5E">
              <w:rPr>
                <w:sz w:val="16"/>
                <w:lang w:val="mk-MK"/>
              </w:rPr>
              <w:br/>
            </w:r>
          </w:p>
        </w:tc>
      </w:tr>
    </w:tbl>
    <w:p w14:paraId="5CA7E06D" w14:textId="7F429728" w:rsidR="002D1617" w:rsidRPr="00E9653F" w:rsidRDefault="00E9653F">
      <w:pPr>
        <w:spacing w:before="100"/>
        <w:rPr>
          <w:lang w:val="mk-MK"/>
        </w:rPr>
      </w:pPr>
      <w:r>
        <w:rPr>
          <w:b/>
          <w:sz w:val="16"/>
          <w:lang w:val="mk-MK"/>
        </w:rPr>
        <w:t>КИНСИВ</w:t>
      </w:r>
      <w:r w:rsidR="006D04E1" w:rsidRPr="00E9653F">
        <w:rPr>
          <w:b/>
          <w:sz w:val="16"/>
          <w:lang w:val="mk-MK"/>
        </w:rPr>
        <w:t xml:space="preserve"> </w:t>
      </w:r>
      <w:r>
        <w:rPr>
          <w:b/>
          <w:sz w:val="16"/>
          <w:lang w:val="mk-MK"/>
        </w:rPr>
        <w:t>контакт</w:t>
      </w:r>
      <w:r w:rsidR="006D04E1" w:rsidRPr="00E9653F">
        <w:rPr>
          <w:b/>
          <w:sz w:val="16"/>
          <w:lang w:val="mk-MK"/>
        </w:rPr>
        <w:t>: +389 2 6091 090 (</w:t>
      </w:r>
      <w:r>
        <w:rPr>
          <w:b/>
          <w:sz w:val="16"/>
          <w:lang w:val="mk-MK"/>
        </w:rPr>
        <w:t>канцеларија</w:t>
      </w:r>
      <w:r w:rsidR="006D04E1" w:rsidRPr="00E9653F">
        <w:rPr>
          <w:b/>
          <w:sz w:val="16"/>
          <w:lang w:val="mk-MK"/>
        </w:rPr>
        <w:t>) | 24-</w:t>
      </w:r>
      <w:r>
        <w:rPr>
          <w:b/>
          <w:sz w:val="16"/>
          <w:lang w:val="mk-MK"/>
        </w:rPr>
        <w:t>часа</w:t>
      </w:r>
      <w:r w:rsidR="006D04E1" w:rsidRPr="00E9653F">
        <w:rPr>
          <w:b/>
          <w:sz w:val="16"/>
          <w:lang w:val="mk-MK"/>
        </w:rPr>
        <w:t xml:space="preserve"> </w:t>
      </w:r>
      <w:r>
        <w:rPr>
          <w:b/>
          <w:sz w:val="16"/>
          <w:lang w:val="mk-MK"/>
        </w:rPr>
        <w:t>контакти</w:t>
      </w:r>
      <w:r w:rsidR="006D04E1" w:rsidRPr="00E9653F">
        <w:rPr>
          <w:b/>
          <w:sz w:val="16"/>
          <w:lang w:val="mk-MK"/>
        </w:rPr>
        <w:t>: +389 70 247 566 / +389 70 400 553 | info@kinsiv.mk | www.kinsiv.mk</w:t>
      </w:r>
    </w:p>
    <w:p w14:paraId="2F599462" w14:textId="44E50D03" w:rsidR="002D1617" w:rsidRPr="00621855" w:rsidRDefault="002C3FD8">
      <w:pPr>
        <w:spacing w:before="40"/>
        <w:rPr>
          <w:lang w:val="mk-MK"/>
        </w:rPr>
      </w:pPr>
      <w:r>
        <w:rPr>
          <w:i/>
          <w:sz w:val="15"/>
          <w:lang w:val="mk-MK"/>
        </w:rPr>
        <w:t>Ова известување ги содржи првичните информации предвидени во ИКАО Анекс 13</w:t>
      </w:r>
      <w:r w:rsidR="00285CDB">
        <w:rPr>
          <w:i/>
          <w:sz w:val="15"/>
          <w:lang w:val="mk-MK"/>
        </w:rPr>
        <w:t xml:space="preserve">. Ова известување не смее да се одложува без разлика дали </w:t>
      </w:r>
      <w:r w:rsidR="00E9653F">
        <w:rPr>
          <w:i/>
          <w:sz w:val="15"/>
          <w:lang w:val="mk-MK"/>
        </w:rPr>
        <w:t xml:space="preserve">се познати сите информации за да се пополнат полињата. </w:t>
      </w:r>
    </w:p>
    <w:sectPr w:rsidR="002D1617" w:rsidRPr="00621855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430554">
    <w:abstractNumId w:val="8"/>
  </w:num>
  <w:num w:numId="2" w16cid:durableId="1921407666">
    <w:abstractNumId w:val="6"/>
  </w:num>
  <w:num w:numId="3" w16cid:durableId="109133944">
    <w:abstractNumId w:val="5"/>
  </w:num>
  <w:num w:numId="4" w16cid:durableId="461078322">
    <w:abstractNumId w:val="4"/>
  </w:num>
  <w:num w:numId="5" w16cid:durableId="2082873265">
    <w:abstractNumId w:val="7"/>
  </w:num>
  <w:num w:numId="6" w16cid:durableId="860705846">
    <w:abstractNumId w:val="3"/>
  </w:num>
  <w:num w:numId="7" w16cid:durableId="1631743029">
    <w:abstractNumId w:val="2"/>
  </w:num>
  <w:num w:numId="8" w16cid:durableId="1872299370">
    <w:abstractNumId w:val="1"/>
  </w:num>
  <w:num w:numId="9" w16cid:durableId="154050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5CB"/>
    <w:rsid w:val="0003399D"/>
    <w:rsid w:val="00034616"/>
    <w:rsid w:val="00053F1F"/>
    <w:rsid w:val="0005793D"/>
    <w:rsid w:val="0006063C"/>
    <w:rsid w:val="000906E3"/>
    <w:rsid w:val="000B2D21"/>
    <w:rsid w:val="00120CA7"/>
    <w:rsid w:val="0015074B"/>
    <w:rsid w:val="00285CDB"/>
    <w:rsid w:val="0029639D"/>
    <w:rsid w:val="002C3FD8"/>
    <w:rsid w:val="002C5FEF"/>
    <w:rsid w:val="002D1616"/>
    <w:rsid w:val="002D1617"/>
    <w:rsid w:val="002E116D"/>
    <w:rsid w:val="00326F90"/>
    <w:rsid w:val="00371E5E"/>
    <w:rsid w:val="003F06B1"/>
    <w:rsid w:val="00445B67"/>
    <w:rsid w:val="004A56A3"/>
    <w:rsid w:val="005A1BC2"/>
    <w:rsid w:val="005C5593"/>
    <w:rsid w:val="005F5CF1"/>
    <w:rsid w:val="00621855"/>
    <w:rsid w:val="00656907"/>
    <w:rsid w:val="00663512"/>
    <w:rsid w:val="00720030"/>
    <w:rsid w:val="00743793"/>
    <w:rsid w:val="0075410C"/>
    <w:rsid w:val="00754E79"/>
    <w:rsid w:val="007578E4"/>
    <w:rsid w:val="00757C11"/>
    <w:rsid w:val="007E1A1E"/>
    <w:rsid w:val="00814D46"/>
    <w:rsid w:val="00847A61"/>
    <w:rsid w:val="008764DA"/>
    <w:rsid w:val="00876B44"/>
    <w:rsid w:val="00896AAB"/>
    <w:rsid w:val="008C5EA8"/>
    <w:rsid w:val="008F5CF9"/>
    <w:rsid w:val="00910540"/>
    <w:rsid w:val="00943851"/>
    <w:rsid w:val="00996D42"/>
    <w:rsid w:val="009C713F"/>
    <w:rsid w:val="00A13449"/>
    <w:rsid w:val="00A16C7B"/>
    <w:rsid w:val="00AA1D8D"/>
    <w:rsid w:val="00B47730"/>
    <w:rsid w:val="00B56189"/>
    <w:rsid w:val="00B869F5"/>
    <w:rsid w:val="00BC52AE"/>
    <w:rsid w:val="00C61E06"/>
    <w:rsid w:val="00C81F0A"/>
    <w:rsid w:val="00CA0841"/>
    <w:rsid w:val="00CB0664"/>
    <w:rsid w:val="00CF6B5E"/>
    <w:rsid w:val="00D07A2D"/>
    <w:rsid w:val="00D464A7"/>
    <w:rsid w:val="00D47752"/>
    <w:rsid w:val="00DA112D"/>
    <w:rsid w:val="00E325AD"/>
    <w:rsid w:val="00E9653F"/>
    <w:rsid w:val="00E970FC"/>
    <w:rsid w:val="00ED2A09"/>
    <w:rsid w:val="00ED2EB1"/>
    <w:rsid w:val="00FC08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A69461"/>
  <w14:defaultImageDpi w14:val="300"/>
  <w15:docId w15:val="{0FD1B74F-C4B4-46CF-A346-965C040B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Nikola Davidov</cp:lastModifiedBy>
  <cp:revision>19</cp:revision>
  <dcterms:created xsi:type="dcterms:W3CDTF">2026-10-15T15:32:00Z</dcterms:created>
  <dcterms:modified xsi:type="dcterms:W3CDTF">2026-10-19T11:02:00Z</dcterms:modified>
  <cp:category/>
</cp:coreProperties>
</file>